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EBE68" w14:textId="77777777" w:rsidR="001210FE" w:rsidRDefault="00000000" w:rsidP="00CF3DBD">
      <w:pPr>
        <w:pStyle w:val="Titre1"/>
      </w:pPr>
      <w:r w:rsidRPr="00D409C7">
        <w:t>Impact of CERN technologies</w:t>
      </w:r>
    </w:p>
    <w:p w14:paraId="7A72EB63" w14:textId="77777777" w:rsidR="00A50FBB" w:rsidRPr="00A50FBB" w:rsidRDefault="00A50FBB" w:rsidP="00A50FBB"/>
    <w:p w14:paraId="37B09DC1" w14:textId="77777777" w:rsidR="00A50FBB" w:rsidRDefault="00000000" w:rsidP="00B81C16">
      <w:pPr>
        <w:pStyle w:val="Titre2"/>
      </w:pPr>
      <w:r w:rsidRPr="00CF3DBD">
        <w:t>CERN technologies: from fundamental</w:t>
      </w:r>
    </w:p>
    <w:p w14:paraId="6556908B" w14:textId="77777777" w:rsidR="00A50FBB" w:rsidRPr="00A50FBB" w:rsidRDefault="00A50FBB" w:rsidP="00A50FBB"/>
    <w:p w14:paraId="0C54BA16" w14:textId="2973863B" w:rsidR="00A50FBB" w:rsidRDefault="00000000" w:rsidP="00A50FBB">
      <w:r>
        <w:t>research to our everyday lives</w:t>
      </w:r>
      <w:r w:rsidR="00A50FBB">
        <w:t xml:space="preserve"> </w:t>
      </w:r>
      <w:r>
        <w:t>Since 1954, the world-class research</w:t>
      </w:r>
      <w:r w:rsidR="00A50FBB">
        <w:t xml:space="preserve"> </w:t>
      </w:r>
      <w:r>
        <w:t>performed at CERN</w:t>
      </w:r>
      <w:r w:rsidR="00A50FBB">
        <w:t xml:space="preserve"> </w:t>
      </w:r>
      <w:r>
        <w:t>helps uncover what</w:t>
      </w:r>
      <w:r w:rsidR="00A50FBB">
        <w:t xml:space="preserve"> </w:t>
      </w:r>
      <w:r>
        <w:t>the universe is made of and how it works:</w:t>
      </w:r>
      <w:r w:rsidR="00A50FBB">
        <w:t xml:space="preserve"> </w:t>
      </w:r>
      <w:r>
        <w:t>here, scientists from all over the world</w:t>
      </w:r>
      <w:r w:rsidR="00A50FBB">
        <w:t xml:space="preserve"> </w:t>
      </w:r>
      <w:r>
        <w:t>study elementary particles – invisible to</w:t>
      </w:r>
      <w:r w:rsidR="00A50FBB">
        <w:t xml:space="preserve"> </w:t>
      </w:r>
      <w:r>
        <w:t>the eye – through complex and often</w:t>
      </w:r>
      <w:r w:rsidR="00A50FBB">
        <w:t xml:space="preserve"> </w:t>
      </w:r>
      <w:r>
        <w:t>gigantic instruments.</w:t>
      </w:r>
      <w:r w:rsidR="00A50FBB">
        <w:t xml:space="preserve"> </w:t>
      </w:r>
      <w:r>
        <w:t>Such fundamental research seems</w:t>
      </w:r>
      <w:r w:rsidR="00A50FBB">
        <w:t xml:space="preserve"> </w:t>
      </w:r>
      <w:r>
        <w:t>distant from our everyday lives. Yet, the</w:t>
      </w:r>
      <w:r w:rsidR="00A50FBB">
        <w:t xml:space="preserve"> </w:t>
      </w:r>
      <w:r>
        <w:t>international dimension of CERN, run by</w:t>
      </w:r>
      <w:r w:rsidR="00A50FBB">
        <w:t xml:space="preserve"> </w:t>
      </w:r>
      <w:r>
        <w:t>its Member States, the global nature of</w:t>
      </w:r>
      <w:r w:rsidR="00A50FBB">
        <w:t xml:space="preserve"> </w:t>
      </w:r>
      <w:r>
        <w:t>the experiments hosted by the Laboratory,</w:t>
      </w:r>
      <w:r w:rsidR="00A50FBB">
        <w:t xml:space="preserve"> </w:t>
      </w:r>
      <w:r>
        <w:t>and the unique collaborative environment</w:t>
      </w:r>
      <w:r w:rsidR="00A50FBB">
        <w:t xml:space="preserve"> </w:t>
      </w:r>
      <w:r>
        <w:t>of particle physics provide fertile ground</w:t>
      </w:r>
      <w:r w:rsidR="00A50FBB">
        <w:t xml:space="preserve"> </w:t>
      </w:r>
      <w:r>
        <w:t>for innovations that benefit society at</w:t>
      </w:r>
      <w:r w:rsidR="00A50FBB">
        <w:t xml:space="preserve"> </w:t>
      </w:r>
      <w:r>
        <w:t>large: take the World Wide Web, invented</w:t>
      </w:r>
      <w:r w:rsidR="00A50FBB">
        <w:t xml:space="preserve"> </w:t>
      </w:r>
      <w:r>
        <w:t>at CERN in 1989 to ease information</w:t>
      </w:r>
      <w:r w:rsidR="00A50FBB">
        <w:t xml:space="preserve"> </w:t>
      </w:r>
      <w:r>
        <w:t>sharing among scientists; since then,</w:t>
      </w:r>
      <w:r w:rsidR="00A50FBB">
        <w:t xml:space="preserve"> </w:t>
      </w:r>
      <w:r>
        <w:t>it has helped to connect billions of</w:t>
      </w:r>
      <w:r w:rsidR="00A50FBB">
        <w:t xml:space="preserve"> </w:t>
      </w:r>
      <w:r>
        <w:t>people around the globe.</w:t>
      </w:r>
      <w:r w:rsidR="00A50FBB">
        <w:t xml:space="preserve"> </w:t>
      </w:r>
      <w:r>
        <w:t>Particle-physics research acts as a</w:t>
      </w:r>
      <w:r w:rsidR="00A50FBB">
        <w:t xml:space="preserve"> </w:t>
      </w:r>
      <w:r>
        <w:t>trailblazer for disruptive technologies</w:t>
      </w:r>
      <w:r w:rsidR="00A50FBB">
        <w:t xml:space="preserve"> </w:t>
      </w:r>
      <w:r>
        <w:t>related to particle accelerators, particle</w:t>
      </w:r>
      <w:r w:rsidR="00A50FBB">
        <w:t xml:space="preserve"> </w:t>
      </w:r>
      <w:r>
        <w:t>detectors, and</w:t>
      </w:r>
      <w:r w:rsidR="00A50FBB">
        <w:t xml:space="preserve"> </w:t>
      </w:r>
      <w:r>
        <w:t>computing. These</w:t>
      </w:r>
      <w:r w:rsidR="00A50FBB">
        <w:t xml:space="preserve"> </w:t>
      </w:r>
      <w:r>
        <w:t>technologies are much more widespread</w:t>
      </w:r>
      <w:r w:rsidR="00A50FBB">
        <w:t xml:space="preserve"> </w:t>
      </w:r>
      <w:r>
        <w:t xml:space="preserve">than you might </w:t>
      </w:r>
      <w:proofErr w:type="gramStart"/>
      <w:r>
        <w:t>think:</w:t>
      </w:r>
      <w:proofErr w:type="gramEnd"/>
      <w:r>
        <w:t xml:space="preserve"> while there is</w:t>
      </w:r>
      <w:r w:rsidR="00A50FBB">
        <w:t xml:space="preserve"> </w:t>
      </w:r>
      <w:r>
        <w:t>only one 27-kilometre long Large</w:t>
      </w:r>
      <w:r w:rsidR="00A50FBB">
        <w:t xml:space="preserve"> </w:t>
      </w:r>
      <w:r>
        <w:t>Hadron Collider (LHC), there are tens</w:t>
      </w:r>
      <w:r w:rsidR="00A50FBB">
        <w:t xml:space="preserve"> </w:t>
      </w:r>
      <w:r>
        <w:t>of thousands of much smaller particle</w:t>
      </w:r>
      <w:r w:rsidR="00A50FBB">
        <w:t xml:space="preserve"> </w:t>
      </w:r>
      <w:r>
        <w:t>accelerators used in industry and</w:t>
      </w:r>
      <w:r w:rsidR="00A50FBB">
        <w:t xml:space="preserve"> </w:t>
      </w:r>
      <w:r>
        <w:t>healthcare.</w:t>
      </w:r>
      <w:r w:rsidR="00A50FBB">
        <w:t xml:space="preserve"> </w:t>
      </w:r>
    </w:p>
    <w:p w14:paraId="773D507D" w14:textId="1949CCF6" w:rsidR="00A50FBB" w:rsidRPr="00A50FBB" w:rsidRDefault="00A50FBB" w:rsidP="00A50FBB">
      <w:r>
        <w:t>(Box)</w:t>
      </w:r>
    </w:p>
    <w:p w14:paraId="2704A0EF" w14:textId="77777777" w:rsidR="009746F9" w:rsidRDefault="00000000" w:rsidP="00A50FBB">
      <w:pPr>
        <w:rPr>
          <w:color w:val="1F497D" w:themeColor="text2"/>
        </w:rPr>
      </w:pPr>
      <w:r w:rsidRPr="00CE55D0">
        <w:rPr>
          <w:color w:val="1F497D" w:themeColor="text2"/>
        </w:rPr>
        <w:t>Particle accelerators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They propel beams of particles almost to the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speed of light before the beams are made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to collide with each other or with stationary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targets. CERN’s Large Hadron Collider is the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largest and most powerful accelerator in the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world, boosting protons in a 27-kilometre loop.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 xml:space="preserve">Particle </w:t>
      </w:r>
      <w:r w:rsidR="009746F9" w:rsidRPr="00CE55D0">
        <w:rPr>
          <w:color w:val="1F497D" w:themeColor="text2"/>
        </w:rPr>
        <w:t>detectors</w:t>
      </w:r>
    </w:p>
    <w:p w14:paraId="7D9B0DD2" w14:textId="77777777" w:rsidR="009746F9" w:rsidRDefault="009746F9" w:rsidP="00A50FBB">
      <w:pPr>
        <w:rPr>
          <w:color w:val="1F497D" w:themeColor="text2"/>
        </w:rPr>
      </w:pPr>
      <w:r>
        <w:rPr>
          <w:color w:val="1F497D" w:themeColor="text2"/>
        </w:rPr>
        <w:t xml:space="preserve"> They</w:t>
      </w:r>
      <w:r w:rsidR="00000000" w:rsidRPr="00CE55D0">
        <w:rPr>
          <w:color w:val="1F497D" w:themeColor="text2"/>
        </w:rPr>
        <w:t xml:space="preserve"> act as giant, high-speed cameras, </w:t>
      </w:r>
      <w:proofErr w:type="gramStart"/>
      <w:r w:rsidR="00000000" w:rsidRPr="00CE55D0">
        <w:rPr>
          <w:color w:val="1F497D" w:themeColor="text2"/>
        </w:rPr>
        <w:t>taking</w:t>
      </w:r>
      <w:r w:rsidR="00A50FBB">
        <w:rPr>
          <w:color w:val="1F497D" w:themeColor="text2"/>
        </w:rPr>
        <w:t xml:space="preserve">  </w:t>
      </w:r>
      <w:r w:rsidR="00000000" w:rsidRPr="00CE55D0">
        <w:rPr>
          <w:color w:val="1F497D" w:themeColor="text2"/>
        </w:rPr>
        <w:t>3</w:t>
      </w:r>
      <w:proofErr w:type="gramEnd"/>
      <w:r w:rsidR="00000000" w:rsidRPr="00CE55D0">
        <w:rPr>
          <w:color w:val="1F497D" w:themeColor="text2"/>
        </w:rPr>
        <w:t>D digital “photographs” of particle collisions.</w:t>
      </w:r>
      <w:r w:rsidR="00A50FBB">
        <w:rPr>
          <w:color w:val="1F497D" w:themeColor="text2"/>
        </w:rPr>
        <w:t xml:space="preserve"> </w:t>
      </w:r>
      <w:r w:rsidR="00000000" w:rsidRPr="00CE55D0">
        <w:rPr>
          <w:color w:val="1F497D" w:themeColor="text2"/>
        </w:rPr>
        <w:t>By studying the outcome of these collisions,</w:t>
      </w:r>
      <w:r w:rsidR="00A50FBB">
        <w:rPr>
          <w:color w:val="1F497D" w:themeColor="text2"/>
        </w:rPr>
        <w:t xml:space="preserve"> </w:t>
      </w:r>
      <w:r w:rsidR="00000000" w:rsidRPr="00CE55D0">
        <w:rPr>
          <w:color w:val="1F497D" w:themeColor="text2"/>
        </w:rPr>
        <w:t>physicists probe the world of the infinitely</w:t>
      </w:r>
      <w:r w:rsidR="00A50FBB">
        <w:rPr>
          <w:color w:val="1F497D" w:themeColor="text2"/>
        </w:rPr>
        <w:t xml:space="preserve"> </w:t>
      </w:r>
      <w:r w:rsidR="00000000" w:rsidRPr="00CE55D0">
        <w:rPr>
          <w:color w:val="1F497D" w:themeColor="text2"/>
        </w:rPr>
        <w:t>small.</w:t>
      </w:r>
      <w:r w:rsidR="00A50FBB">
        <w:rPr>
          <w:color w:val="1F497D" w:themeColor="text2"/>
        </w:rPr>
        <w:t xml:space="preserve"> </w:t>
      </w:r>
    </w:p>
    <w:p w14:paraId="3B3D1AEA" w14:textId="406E2880" w:rsidR="00A50FBB" w:rsidRDefault="00000000" w:rsidP="00A50FBB">
      <w:pPr>
        <w:rPr>
          <w:color w:val="1F497D" w:themeColor="text2"/>
        </w:rPr>
      </w:pPr>
      <w:r w:rsidRPr="00CE55D0">
        <w:rPr>
          <w:color w:val="1F497D" w:themeColor="text2"/>
        </w:rPr>
        <w:t>Computing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CERN’s demanding needs encompass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software development, data processing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and storage, networks, support for the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 xml:space="preserve">experimental </w:t>
      </w:r>
      <w:proofErr w:type="spellStart"/>
      <w:r w:rsidRPr="00CE55D0">
        <w:rPr>
          <w:color w:val="1F497D" w:themeColor="text2"/>
        </w:rPr>
        <w:t>programme</w:t>
      </w:r>
      <w:proofErr w:type="spellEnd"/>
      <w:r w:rsidRPr="00CE55D0">
        <w:rPr>
          <w:color w:val="1F497D" w:themeColor="text2"/>
        </w:rPr>
        <w:t xml:space="preserve">, automation </w:t>
      </w:r>
      <w:r w:rsidR="00A50FBB" w:rsidRPr="00CE55D0">
        <w:rPr>
          <w:color w:val="1F497D" w:themeColor="text2"/>
        </w:rPr>
        <w:t>and</w:t>
      </w:r>
      <w:r w:rsidR="00A50FBB">
        <w:rPr>
          <w:color w:val="1F497D" w:themeColor="text2"/>
        </w:rPr>
        <w:t xml:space="preserve"> controls</w:t>
      </w:r>
      <w:r w:rsidRPr="00CE55D0">
        <w:rPr>
          <w:color w:val="1F497D" w:themeColor="text2"/>
        </w:rPr>
        <w:t>, as well as services for the whole</w:t>
      </w:r>
      <w:r w:rsidR="00A50FBB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laboratory and its users.</w:t>
      </w:r>
      <w:r w:rsidR="00A50FBB">
        <w:rPr>
          <w:color w:val="1F497D" w:themeColor="text2"/>
        </w:rPr>
        <w:t xml:space="preserve"> </w:t>
      </w:r>
    </w:p>
    <w:p w14:paraId="11388BF8" w14:textId="2C9367A8" w:rsidR="001210FE" w:rsidRDefault="00000000" w:rsidP="00A50FBB">
      <w:r w:rsidRPr="00CE55D0">
        <w:rPr>
          <w:color w:val="000000" w:themeColor="text1"/>
        </w:rPr>
        <w:t>This showcases some of the concrete</w:t>
      </w:r>
      <w:r w:rsidR="00A50FBB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applications of CERN technologies</w:t>
      </w:r>
      <w:r w:rsidR="00A50FBB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and know-how, most of them resulting</w:t>
      </w:r>
      <w:r w:rsidR="00A50FBB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from fruitful col-</w:t>
      </w:r>
      <w:proofErr w:type="spellStart"/>
      <w:r w:rsidRPr="00CE55D0">
        <w:rPr>
          <w:color w:val="000000" w:themeColor="text1"/>
        </w:rPr>
        <w:t>laborations</w:t>
      </w:r>
      <w:proofErr w:type="spellEnd"/>
      <w:r w:rsidRPr="00CE55D0">
        <w:rPr>
          <w:color w:val="000000" w:themeColor="text1"/>
        </w:rPr>
        <w:t xml:space="preserve"> with</w:t>
      </w:r>
      <w:r w:rsidR="00A50FBB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our industrial and research partners,</w:t>
      </w:r>
      <w:r w:rsidR="00A50FBB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particularly from our Member and</w:t>
      </w:r>
      <w:r w:rsidR="00A50FBB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 xml:space="preserve">Associate Member States. You might </w:t>
      </w:r>
      <w:proofErr w:type="spellStart"/>
      <w:r w:rsidRPr="00CE55D0">
        <w:rPr>
          <w:color w:val="000000" w:themeColor="text1"/>
        </w:rPr>
        <w:t>besurprised</w:t>
      </w:r>
      <w:proofErr w:type="spellEnd"/>
      <w:r w:rsidRPr="00CE55D0">
        <w:rPr>
          <w:color w:val="000000" w:themeColor="text1"/>
        </w:rPr>
        <w:t xml:space="preserve"> by the many ways in which basic research is helping our </w:t>
      </w:r>
      <w:proofErr w:type="spellStart"/>
      <w:proofErr w:type="gramStart"/>
      <w:r w:rsidRPr="00CE55D0">
        <w:rPr>
          <w:color w:val="000000" w:themeColor="text1"/>
        </w:rPr>
        <w:t>lives.</w:t>
      </w:r>
      <w:r>
        <w:t>Technologies</w:t>
      </w:r>
      <w:proofErr w:type="spellEnd"/>
      <w:proofErr w:type="gramEnd"/>
      <w:r>
        <w:t xml:space="preserve"> for healthcare innovation</w:t>
      </w:r>
    </w:p>
    <w:p w14:paraId="5BA203C1" w14:textId="20B8A8A4" w:rsidR="001210FE" w:rsidRDefault="00000000" w:rsidP="00B81C16">
      <w:pPr>
        <w:pStyle w:val="Titre2"/>
      </w:pPr>
      <w:r w:rsidRPr="00B81C16">
        <w:t xml:space="preserve">Particle accelerators, a </w:t>
      </w:r>
      <w:proofErr w:type="gramStart"/>
      <w:r w:rsidRPr="00B81C16">
        <w:t>formidable</w:t>
      </w:r>
      <w:r w:rsidR="009746F9">
        <w:t xml:space="preserve">  </w:t>
      </w:r>
      <w:r w:rsidRPr="00B81C16">
        <w:t>tool</w:t>
      </w:r>
      <w:proofErr w:type="gramEnd"/>
      <w:r w:rsidRPr="00B81C16">
        <w:t xml:space="preserve"> for cancer treatment</w:t>
      </w:r>
    </w:p>
    <w:p w14:paraId="4760B4B8" w14:textId="77777777" w:rsidR="009F7244" w:rsidRDefault="00000000" w:rsidP="009F7244">
      <w:r>
        <w:t>Today, there is no single therapy</w:t>
      </w:r>
      <w:r w:rsidR="00A50FBB">
        <w:t xml:space="preserve"> </w:t>
      </w:r>
      <w:r>
        <w:t>that works for every type of cancer.</w:t>
      </w:r>
      <w:r w:rsidR="00A50FBB">
        <w:t xml:space="preserve"> </w:t>
      </w:r>
      <w:r>
        <w:t>Radiotherapy is one of the treatment</w:t>
      </w:r>
      <w:r w:rsidR="00A50FBB">
        <w:t xml:space="preserve"> </w:t>
      </w:r>
      <w:r>
        <w:t>options in the doctors’ toolbox: it</w:t>
      </w:r>
      <w:r w:rsidR="00A50FBB">
        <w:t xml:space="preserve"> </w:t>
      </w:r>
      <w:r>
        <w:t>damages cancer cells by exposing them</w:t>
      </w:r>
      <w:r w:rsidR="00A50FBB">
        <w:t xml:space="preserve"> </w:t>
      </w:r>
      <w:r>
        <w:t xml:space="preserve">to </w:t>
      </w:r>
      <w:r>
        <w:lastRenderedPageBreak/>
        <w:t>high doses of radiation and is often</w:t>
      </w:r>
      <w:r w:rsidR="00A50FBB">
        <w:t xml:space="preserve"> </w:t>
      </w:r>
      <w:r>
        <w:t>delivered by the same technology that</w:t>
      </w:r>
      <w:r w:rsidR="00A50FBB">
        <w:t xml:space="preserve"> </w:t>
      </w:r>
      <w:r>
        <w:t>accelerates particles at CERN and in</w:t>
      </w:r>
      <w:r w:rsidR="00A50FBB">
        <w:t xml:space="preserve"> </w:t>
      </w:r>
      <w:r>
        <w:t>other laboratories. In numerous hospitals,</w:t>
      </w:r>
      <w:r w:rsidR="00A50FBB">
        <w:t xml:space="preserve"> </w:t>
      </w:r>
      <w:r>
        <w:t>conventional radiotherapy is performed</w:t>
      </w:r>
      <w:r w:rsidR="00A50FBB">
        <w:t xml:space="preserve"> </w:t>
      </w:r>
      <w:r>
        <w:t xml:space="preserve">with room-sized particle accelerators </w:t>
      </w:r>
      <w:r w:rsidR="00A50FBB">
        <w:t>that target</w:t>
      </w:r>
      <w:r>
        <w:t xml:space="preserve"> </w:t>
      </w:r>
      <w:r w:rsidR="00A50FBB">
        <w:t>tumors</w:t>
      </w:r>
      <w:r>
        <w:t xml:space="preserve"> with beams of X-rays.</w:t>
      </w:r>
      <w:r w:rsidR="00A50FBB">
        <w:t xml:space="preserve"> </w:t>
      </w:r>
      <w:r>
        <w:t>Besides X-rays, other particles have</w:t>
      </w:r>
      <w:r w:rsidR="00A50FBB">
        <w:t xml:space="preserve"> </w:t>
      </w:r>
      <w:r>
        <w:t>interesting properties that could allow</w:t>
      </w:r>
      <w:r w:rsidR="00A50FBB">
        <w:t xml:space="preserve"> </w:t>
      </w:r>
      <w:r>
        <w:t>better treatment of certain types of</w:t>
      </w:r>
      <w:r w:rsidR="00A50FBB">
        <w:t xml:space="preserve"> tumors</w:t>
      </w:r>
      <w:r>
        <w:t xml:space="preserve"> or a reduction of harmful </w:t>
      </w:r>
      <w:r w:rsidR="00A50FBB">
        <w:t>side effects</w:t>
      </w:r>
      <w:r>
        <w:t>: these include protons, electrons,</w:t>
      </w:r>
      <w:r w:rsidR="00A50FBB">
        <w:t xml:space="preserve"> </w:t>
      </w:r>
      <w:r>
        <w:t>and ions such as carbon or helium.</w:t>
      </w:r>
      <w:r w:rsidR="00A50FBB">
        <w:t xml:space="preserve"> </w:t>
      </w:r>
      <w:r>
        <w:t>New radiotherapy modalities are also</w:t>
      </w:r>
      <w:r w:rsidR="00A50FBB">
        <w:t xml:space="preserve"> </w:t>
      </w:r>
      <w:r>
        <w:t>being explored: for example, FLASH</w:t>
      </w:r>
      <w:r w:rsidR="00A50FBB">
        <w:t xml:space="preserve"> </w:t>
      </w:r>
      <w:r>
        <w:t xml:space="preserve">irradiation, whereby ultra- high </w:t>
      </w:r>
      <w:r w:rsidR="00A50FBB">
        <w:t>radiation doses</w:t>
      </w:r>
      <w:r>
        <w:t xml:space="preserve"> are delivered over extremely short</w:t>
      </w:r>
      <w:r w:rsidR="00A50FBB">
        <w:t xml:space="preserve"> </w:t>
      </w:r>
      <w:r>
        <w:t xml:space="preserve">time periods, seems to strongly </w:t>
      </w:r>
      <w:r w:rsidR="00A50FBB">
        <w:t>reduce damage</w:t>
      </w:r>
      <w:r>
        <w:t xml:space="preserve"> to healthy </w:t>
      </w:r>
      <w:r w:rsidR="00A50FBB">
        <w:t>tissues. Widespread</w:t>
      </w:r>
      <w:r>
        <w:t xml:space="preserve"> adoption of these innovative</w:t>
      </w:r>
      <w:r w:rsidR="00A50FBB">
        <w:t xml:space="preserve"> </w:t>
      </w:r>
      <w:r>
        <w:t>treatments is often limited by the cost and</w:t>
      </w:r>
      <w:r w:rsidR="00A50FBB">
        <w:t xml:space="preserve"> </w:t>
      </w:r>
      <w:r>
        <w:t xml:space="preserve">complexity of the instruments </w:t>
      </w:r>
      <w:r w:rsidR="00A50FBB">
        <w:t>needed, and</w:t>
      </w:r>
      <w:r>
        <w:t xml:space="preserve"> this is where CERN’s expertise </w:t>
      </w:r>
      <w:r w:rsidR="00A50FBB">
        <w:t>in the</w:t>
      </w:r>
      <w:r>
        <w:t xml:space="preserve"> development of advanced accelerator</w:t>
      </w:r>
      <w:r w:rsidR="00A50FBB">
        <w:t xml:space="preserve"> </w:t>
      </w:r>
      <w:r>
        <w:t>and magnet technology can help make</w:t>
      </w:r>
      <w:r w:rsidR="00A50FBB">
        <w:t xml:space="preserve"> </w:t>
      </w:r>
      <w:r>
        <w:t>a difference.</w:t>
      </w:r>
      <w:r w:rsidR="00A50FBB">
        <w:t xml:space="preserve"> </w:t>
      </w:r>
      <w:r>
        <w:t>In the 1990s, CERN hosted a collaborative</w:t>
      </w:r>
      <w:r w:rsidR="00A50FBB">
        <w:t xml:space="preserve"> </w:t>
      </w:r>
      <w:r>
        <w:t>design study, made publicly available,</w:t>
      </w:r>
      <w:r w:rsidR="00A50FBB">
        <w:t xml:space="preserve"> </w:t>
      </w:r>
      <w:r>
        <w:t>of a novel circular accelerator capable</w:t>
      </w:r>
      <w:r w:rsidR="00A50FBB">
        <w:t xml:space="preserve"> </w:t>
      </w:r>
      <w:r>
        <w:t>of delivering therapeutic beams of both</w:t>
      </w:r>
      <w:r w:rsidR="00A50FBB">
        <w:t xml:space="preserve"> </w:t>
      </w:r>
      <w:r>
        <w:t>protons and carbon ions. With further</w:t>
      </w:r>
      <w:r w:rsidR="00A50FBB">
        <w:t xml:space="preserve"> </w:t>
      </w:r>
      <w:r>
        <w:t>enhancements from the TERA foundation</w:t>
      </w:r>
      <w:r w:rsidR="00A50FBB">
        <w:t xml:space="preserve"> </w:t>
      </w:r>
      <w:r>
        <w:t>and seminal contributions from INFN,</w:t>
      </w:r>
      <w:r w:rsidR="00A50FBB">
        <w:t xml:space="preserve"> </w:t>
      </w:r>
      <w:r>
        <w:t>the study evolved into the blueprint</w:t>
      </w:r>
      <w:r w:rsidR="00A50FBB">
        <w:t xml:space="preserve"> </w:t>
      </w:r>
      <w:r>
        <w:t>for the National Center for Oncological</w:t>
      </w:r>
      <w:r w:rsidR="00A50FBB">
        <w:t xml:space="preserve"> </w:t>
      </w:r>
      <w:proofErr w:type="spellStart"/>
      <w:r>
        <w:t>Hadrontherapy</w:t>
      </w:r>
      <w:proofErr w:type="spellEnd"/>
      <w:r>
        <w:t xml:space="preserve"> (CNAO), whose design</w:t>
      </w:r>
      <w:r w:rsidR="00A50FBB">
        <w:t xml:space="preserve"> </w:t>
      </w:r>
      <w:r>
        <w:t>then provided the basis for the</w:t>
      </w:r>
      <w:r w:rsidR="00A50FBB">
        <w:t xml:space="preserve"> </w:t>
      </w:r>
      <w:proofErr w:type="spellStart"/>
      <w:r>
        <w:t>MedAustron</w:t>
      </w:r>
      <w:proofErr w:type="spellEnd"/>
      <w:r>
        <w:t xml:space="preserve"> </w:t>
      </w:r>
      <w:proofErr w:type="spellStart"/>
      <w:r>
        <w:t>centre</w:t>
      </w:r>
      <w:proofErr w:type="spellEnd"/>
      <w:r>
        <w:t>.</w:t>
      </w:r>
      <w:r w:rsidR="00A50FBB">
        <w:t xml:space="preserve"> </w:t>
      </w:r>
      <w:r>
        <w:t xml:space="preserve">CNAO and </w:t>
      </w:r>
      <w:proofErr w:type="spellStart"/>
      <w:r>
        <w:t>MedAustron</w:t>
      </w:r>
      <w:proofErr w:type="spellEnd"/>
      <w:r>
        <w:t xml:space="preserve"> are two of the</w:t>
      </w:r>
      <w:r w:rsidR="00A50FBB">
        <w:t xml:space="preserve"> </w:t>
      </w:r>
      <w:r>
        <w:t xml:space="preserve">only four </w:t>
      </w:r>
      <w:proofErr w:type="spellStart"/>
      <w:r>
        <w:t>centres</w:t>
      </w:r>
      <w:proofErr w:type="spellEnd"/>
      <w:r>
        <w:t xml:space="preserve"> in Europe that can</w:t>
      </w:r>
      <w:r w:rsidR="00A50FBB">
        <w:t xml:space="preserve"> </w:t>
      </w:r>
      <w:r>
        <w:t xml:space="preserve">provide both protons and carbon </w:t>
      </w:r>
      <w:proofErr w:type="gramStart"/>
      <w:r>
        <w:t>ions,</w:t>
      </w:r>
      <w:r w:rsidR="00A50FBB">
        <w:t xml:space="preserve"> </w:t>
      </w:r>
      <w:r>
        <w:t>and</w:t>
      </w:r>
      <w:proofErr w:type="gramEnd"/>
      <w:r>
        <w:t xml:space="preserve"> have now treated thousands of</w:t>
      </w:r>
      <w:r w:rsidR="00A50FBB">
        <w:t xml:space="preserve"> </w:t>
      </w:r>
      <w:r>
        <w:t>patients. Over the years, CERN has been</w:t>
      </w:r>
      <w:r w:rsidR="00A50FBB">
        <w:t xml:space="preserve"> </w:t>
      </w:r>
      <w:r>
        <w:t>providing its technical expertise to these</w:t>
      </w:r>
      <w:r w:rsidR="00A50FBB">
        <w:t xml:space="preserve"> </w:t>
      </w:r>
      <w:r>
        <w:t>clinics and continues to collaborate</w:t>
      </w:r>
      <w:r w:rsidR="00A50FBB">
        <w:t xml:space="preserve"> </w:t>
      </w:r>
      <w:r>
        <w:t>with them and with a broad community</w:t>
      </w:r>
      <w:r w:rsidR="00A50FBB">
        <w:t xml:space="preserve"> </w:t>
      </w:r>
      <w:r>
        <w:t>of international partners to develop</w:t>
      </w:r>
      <w:r w:rsidR="00A50FBB">
        <w:t xml:space="preserve"> </w:t>
      </w:r>
      <w:r>
        <w:t>technologies for next-generation particle</w:t>
      </w:r>
      <w:r w:rsidR="00A50FBB">
        <w:t xml:space="preserve"> </w:t>
      </w:r>
      <w:r>
        <w:t>therapy machines: more compact, less</w:t>
      </w:r>
      <w:r w:rsidR="00A50FBB">
        <w:t xml:space="preserve"> </w:t>
      </w:r>
      <w:r>
        <w:t>expensive, and capable of providing even</w:t>
      </w:r>
      <w:r w:rsidR="00A50FBB">
        <w:t xml:space="preserve"> </w:t>
      </w:r>
      <w:r>
        <w:t>more treatment options.</w:t>
      </w:r>
      <w:r w:rsidR="00A50FBB">
        <w:t xml:space="preserve"> </w:t>
      </w:r>
      <w:r>
        <w:t>The option of linear accelerators is</w:t>
      </w:r>
      <w:r w:rsidR="00A50FBB">
        <w:t xml:space="preserve"> </w:t>
      </w:r>
      <w:r>
        <w:t>also being explored. CERN’s know-how</w:t>
      </w:r>
      <w:r w:rsidR="009F7244">
        <w:t xml:space="preserve"> </w:t>
      </w:r>
      <w:r>
        <w:t>in this field has been directly applied</w:t>
      </w:r>
      <w:r w:rsidR="009F7244">
        <w:t xml:space="preserve"> </w:t>
      </w:r>
      <w:r>
        <w:t>to the development of an innovative,</w:t>
      </w:r>
      <w:r w:rsidR="009F7244">
        <w:t xml:space="preserve"> </w:t>
      </w:r>
      <w:r>
        <w:t>compact, and powerful linear accelerator</w:t>
      </w:r>
      <w:r w:rsidR="009F7244">
        <w:t xml:space="preserve"> </w:t>
      </w:r>
      <w:r>
        <w:t>component for medical applications.</w:t>
      </w:r>
      <w:r w:rsidR="009F7244">
        <w:t xml:space="preserve"> </w:t>
      </w:r>
      <w:r>
        <w:t>This has now been built and integrated</w:t>
      </w:r>
      <w:r w:rsidR="009F7244">
        <w:t xml:space="preserve"> </w:t>
      </w:r>
      <w:r>
        <w:t>by Advanced Oncotherapy into their</w:t>
      </w:r>
      <w:r w:rsidR="009F7244">
        <w:t xml:space="preserve"> </w:t>
      </w:r>
      <w:r>
        <w:t>breakthrough proton therapy system.</w:t>
      </w:r>
      <w:r w:rsidR="009F7244">
        <w:t xml:space="preserve"> </w:t>
      </w:r>
      <w:r>
        <w:t>The constant research and development</w:t>
      </w:r>
      <w:r w:rsidR="009F7244">
        <w:t xml:space="preserve"> </w:t>
      </w:r>
      <w:r>
        <w:t>for particle accelerators sometimes also</w:t>
      </w:r>
      <w:r w:rsidR="009F7244">
        <w:t xml:space="preserve"> </w:t>
      </w:r>
      <w:r>
        <w:t>bears fruit before the actual project is</w:t>
      </w:r>
      <w:r w:rsidR="009F7244">
        <w:t xml:space="preserve"> </w:t>
      </w:r>
      <w:proofErr w:type="spellStart"/>
      <w:r>
        <w:t>realised</w:t>
      </w:r>
      <w:proofErr w:type="spellEnd"/>
      <w:r>
        <w:t>: the technology developed within</w:t>
      </w:r>
      <w:r w:rsidR="009F7244">
        <w:t xml:space="preserve"> </w:t>
      </w:r>
      <w:r>
        <w:t>a CERN feasibility study for a possible</w:t>
      </w:r>
      <w:r w:rsidR="009F7244">
        <w:t xml:space="preserve"> </w:t>
      </w:r>
      <w:r>
        <w:t>future collider turned out to be perfectly</w:t>
      </w:r>
      <w:r w:rsidR="009F7244">
        <w:t xml:space="preserve"> </w:t>
      </w:r>
      <w:r>
        <w:t>suited for a novel medical device that</w:t>
      </w:r>
      <w:r w:rsidR="009F7244">
        <w:t xml:space="preserve"> </w:t>
      </w:r>
      <w:r>
        <w:t xml:space="preserve">would allow FLASH irradiation of </w:t>
      </w:r>
      <w:proofErr w:type="spellStart"/>
      <w:r>
        <w:t>tumours</w:t>
      </w:r>
      <w:proofErr w:type="spellEnd"/>
      <w:r w:rsidR="009F7244">
        <w:t xml:space="preserve"> </w:t>
      </w:r>
      <w:r>
        <w:t>with very high energy electrons. CERN,</w:t>
      </w:r>
      <w:r w:rsidR="009F7244">
        <w:t xml:space="preserve"> </w:t>
      </w:r>
      <w:r>
        <w:t>the Lausanne University Hospital (CHUV),</w:t>
      </w:r>
      <w:r w:rsidR="009F7244">
        <w:t xml:space="preserve"> </w:t>
      </w:r>
      <w:r>
        <w:t>and THERYQ, a medical technology</w:t>
      </w:r>
      <w:r w:rsidR="009F7244">
        <w:t xml:space="preserve"> </w:t>
      </w:r>
      <w:r>
        <w:t>company, are working together to build</w:t>
      </w:r>
      <w:r w:rsidR="009F7244">
        <w:t xml:space="preserve"> </w:t>
      </w:r>
      <w:r>
        <w:t>this device within a few years.</w:t>
      </w:r>
      <w:r w:rsidR="009F7244">
        <w:t xml:space="preserve"> </w:t>
      </w:r>
    </w:p>
    <w:p w14:paraId="2202ECF3" w14:textId="255EC490" w:rsidR="009F7244" w:rsidRDefault="009F7244" w:rsidP="009F7244">
      <w:r>
        <w:t>(Box)</w:t>
      </w:r>
    </w:p>
    <w:p w14:paraId="23475E27" w14:textId="3C796E1A" w:rsidR="001210FE" w:rsidRPr="00CE55D0" w:rsidRDefault="00000000" w:rsidP="009F7244">
      <w:pPr>
        <w:rPr>
          <w:color w:val="1F497D" w:themeColor="text2"/>
        </w:rPr>
      </w:pPr>
      <w:r w:rsidRPr="00CE55D0">
        <w:rPr>
          <w:color w:val="1F497D" w:themeColor="text2"/>
        </w:rPr>
        <w:t xml:space="preserve">Progress in cancer and life sciences research is crucially supported by the capability to </w:t>
      </w:r>
      <w:proofErr w:type="gramStart"/>
      <w:r w:rsidRPr="00CE55D0">
        <w:rPr>
          <w:color w:val="1F497D" w:themeColor="text2"/>
        </w:rPr>
        <w:t>realistically</w:t>
      </w:r>
      <w:r w:rsidR="009F7244">
        <w:rPr>
          <w:color w:val="1F497D" w:themeColor="text2"/>
        </w:rPr>
        <w:t xml:space="preserve">  </w:t>
      </w:r>
      <w:r w:rsidRPr="00CE55D0">
        <w:rPr>
          <w:color w:val="1F497D" w:themeColor="text2"/>
        </w:rPr>
        <w:t>model</w:t>
      </w:r>
      <w:proofErr w:type="gramEnd"/>
      <w:r w:rsidRPr="00CE55D0">
        <w:rPr>
          <w:color w:val="1F497D" w:themeColor="text2"/>
        </w:rPr>
        <w:t xml:space="preserve"> complex mechanisms, such as tumour growth. CERN’s computing expertise and Newcastle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University’s experience in the simulation of brain cancer growth have resulted in an open-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source, modular, and high-performance platform that enables researchers to perform and validate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simulations at unprecedented scale and complexity. The platform, now managed by an international,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multidisciplinary collaboration, is being successfully used in oncology, neuroscience, epidemiology,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finance, and social sciences.</w:t>
      </w:r>
    </w:p>
    <w:p w14:paraId="03F3CBDF" w14:textId="77777777" w:rsidR="001210FE" w:rsidRDefault="00000000" w:rsidP="00CF3DBD">
      <w:pPr>
        <w:pStyle w:val="Titre1"/>
      </w:pPr>
      <w:r>
        <w:lastRenderedPageBreak/>
        <w:t>Technologies for healthcare innovation</w:t>
      </w:r>
    </w:p>
    <w:p w14:paraId="61B19E28" w14:textId="1AC2BDD6" w:rsidR="001210FE" w:rsidRDefault="00000000" w:rsidP="00CF3DBD">
      <w:pPr>
        <w:pStyle w:val="Titre2"/>
      </w:pPr>
      <w:r>
        <w:t>Technologies to raise</w:t>
      </w:r>
      <w:r w:rsidR="009F7244">
        <w:t xml:space="preserve"> </w:t>
      </w:r>
      <w:r>
        <w:t>the game in medical imaging</w:t>
      </w:r>
    </w:p>
    <w:p w14:paraId="77761854" w14:textId="77777777" w:rsidR="009F7244" w:rsidRPr="009F7244" w:rsidRDefault="009F7244" w:rsidP="009F7244"/>
    <w:p w14:paraId="5E474438" w14:textId="77777777" w:rsidR="009F7244" w:rsidRDefault="00000000" w:rsidP="009F7244">
      <w:r>
        <w:t>You are likely familiar with the black and</w:t>
      </w:r>
      <w:r w:rsidR="009F7244">
        <w:t xml:space="preserve"> </w:t>
      </w:r>
      <w:r>
        <w:t>white anatomical images from medical</w:t>
      </w:r>
      <w:r w:rsidR="009F7244">
        <w:t xml:space="preserve"> </w:t>
      </w:r>
      <w:r>
        <w:t>radiography or computed tomography</w:t>
      </w:r>
      <w:r w:rsidR="009F7244">
        <w:t xml:space="preserve"> </w:t>
      </w:r>
      <w:r>
        <w:t>(CT), which enable doctors and clinicians</w:t>
      </w:r>
      <w:r w:rsidR="009F7244">
        <w:t xml:space="preserve"> </w:t>
      </w:r>
      <w:r>
        <w:t>to diagnose and monitor diseases ranging</w:t>
      </w:r>
      <w:r w:rsidR="009F7244">
        <w:t xml:space="preserve"> </w:t>
      </w:r>
      <w:r>
        <w:t>from bone fractures to cancer.</w:t>
      </w:r>
      <w:r w:rsidR="009F7244">
        <w:t xml:space="preserve"> </w:t>
      </w:r>
      <w:r>
        <w:t>These images are obtained by measuring</w:t>
      </w:r>
      <w:r w:rsidR="009F7244">
        <w:t xml:space="preserve"> </w:t>
      </w:r>
      <w:r>
        <w:t>how much of the X-rays that are directed</w:t>
      </w:r>
      <w:r w:rsidR="009F7244">
        <w:t xml:space="preserve"> </w:t>
      </w:r>
      <w:r>
        <w:t>at a patient are attenuated or stopped</w:t>
      </w:r>
      <w:r w:rsidR="009F7244">
        <w:t xml:space="preserve"> </w:t>
      </w:r>
      <w:r>
        <w:t>when going through the body, but there is</w:t>
      </w:r>
      <w:r w:rsidR="009F7244">
        <w:t xml:space="preserve"> </w:t>
      </w:r>
      <w:r>
        <w:t>no detailed information on what happens</w:t>
      </w:r>
      <w:r w:rsidR="009F7244">
        <w:t xml:space="preserve"> </w:t>
      </w:r>
      <w:r>
        <w:t>at different wavelengths.</w:t>
      </w:r>
      <w:r w:rsidR="009F7244">
        <w:t xml:space="preserve"> </w:t>
      </w:r>
      <w:r>
        <w:t xml:space="preserve">Indeed, much like the </w:t>
      </w:r>
      <w:proofErr w:type="spellStart"/>
      <w:r>
        <w:t>colour</w:t>
      </w:r>
      <w:proofErr w:type="spellEnd"/>
      <w:r>
        <w:t xml:space="preserve"> spectrum</w:t>
      </w:r>
      <w:r w:rsidR="009F7244">
        <w:t xml:space="preserve"> </w:t>
      </w:r>
      <w:r>
        <w:t>of visible light, X-rays are composed of</w:t>
      </w:r>
      <w:r w:rsidR="009F7244">
        <w:t xml:space="preserve"> </w:t>
      </w:r>
      <w:r>
        <w:t>a range of wavelengths, and these are</w:t>
      </w:r>
      <w:r w:rsidR="009F7244">
        <w:t xml:space="preserve"> </w:t>
      </w:r>
      <w:r>
        <w:t>attenuated differently by diverse materials,</w:t>
      </w:r>
      <w:r w:rsidR="009F7244">
        <w:t xml:space="preserve"> </w:t>
      </w:r>
      <w:r>
        <w:t>even of identical density. By capturing</w:t>
      </w:r>
      <w:r w:rsidR="009F7244">
        <w:t xml:space="preserve"> </w:t>
      </w:r>
      <w:r>
        <w:t>these data, it is possible to discriminate</w:t>
      </w:r>
      <w:r w:rsidR="009F7244">
        <w:t xml:space="preserve"> </w:t>
      </w:r>
      <w:r>
        <w:t>substances that would look very much</w:t>
      </w:r>
      <w:r w:rsidR="009F7244">
        <w:t xml:space="preserve"> </w:t>
      </w:r>
      <w:r>
        <w:t xml:space="preserve">alike in black and white </w:t>
      </w:r>
      <w:proofErr w:type="gramStart"/>
      <w:r>
        <w:t>images, and</w:t>
      </w:r>
      <w:proofErr w:type="gramEnd"/>
      <w:r w:rsidR="009F7244">
        <w:t xml:space="preserve"> </w:t>
      </w:r>
      <w:r>
        <w:t>thus provide additional insights on what</w:t>
      </w:r>
      <w:r w:rsidR="009F7244">
        <w:t xml:space="preserve"> </w:t>
      </w:r>
      <w:r>
        <w:t>is happening in the body: this is called</w:t>
      </w:r>
      <w:r w:rsidR="009F7244">
        <w:t xml:space="preserve"> </w:t>
      </w:r>
      <w:r>
        <w:t>spectral X-ray imaging.</w:t>
      </w:r>
      <w:r w:rsidR="009F7244">
        <w:t xml:space="preserve"> </w:t>
      </w:r>
      <w:r>
        <w:t>Pioneering detector technology</w:t>
      </w:r>
      <w:r w:rsidR="009F7244">
        <w:t xml:space="preserve"> </w:t>
      </w:r>
      <w:r>
        <w:t xml:space="preserve">developed at CERN by the </w:t>
      </w:r>
      <w:proofErr w:type="spellStart"/>
      <w:r>
        <w:t>Medipix</w:t>
      </w:r>
      <w:proofErr w:type="spellEnd"/>
      <w:r w:rsidR="009F7244">
        <w:t xml:space="preserve"> </w:t>
      </w:r>
      <w:r>
        <w:t>collaborations has proved instrumental</w:t>
      </w:r>
      <w:r w:rsidR="009F7244">
        <w:t xml:space="preserve"> </w:t>
      </w:r>
      <w:r>
        <w:t>for the development of spectral X-ray</w:t>
      </w:r>
      <w:r w:rsidR="009F7244">
        <w:t xml:space="preserve"> </w:t>
      </w:r>
      <w:r>
        <w:t>imaging, with the bonus of providing an</w:t>
      </w:r>
      <w:r w:rsidR="009F7244">
        <w:t xml:space="preserve"> </w:t>
      </w:r>
      <w:r>
        <w:t>extremely high spatial resolution.</w:t>
      </w:r>
      <w:r w:rsidR="009F7244">
        <w:t xml:space="preserve"> </w:t>
      </w:r>
      <w:r>
        <w:t>MARS Bioimaging has embedded</w:t>
      </w:r>
      <w:r w:rsidR="009F7244">
        <w:t xml:space="preserve"> </w:t>
      </w:r>
      <w:r>
        <w:t>the Medipix3 chip in its CT scanners,</w:t>
      </w:r>
      <w:r w:rsidR="009F7244">
        <w:t xml:space="preserve"> </w:t>
      </w:r>
      <w:r>
        <w:t xml:space="preserve">producing </w:t>
      </w:r>
      <w:proofErr w:type="gramStart"/>
      <w:r>
        <w:t>high-definition</w:t>
      </w:r>
      <w:proofErr w:type="gramEnd"/>
      <w:r>
        <w:t xml:space="preserve"> </w:t>
      </w:r>
      <w:proofErr w:type="spellStart"/>
      <w:r>
        <w:t>colour</w:t>
      </w:r>
      <w:proofErr w:type="spellEnd"/>
      <w:r>
        <w:t xml:space="preserve"> X-ray</w:t>
      </w:r>
      <w:r w:rsidR="009F7244">
        <w:t xml:space="preserve"> </w:t>
      </w:r>
      <w:r>
        <w:t>images that carry significantly more</w:t>
      </w:r>
      <w:r w:rsidR="009F7244">
        <w:t xml:space="preserve"> </w:t>
      </w:r>
      <w:r>
        <w:t xml:space="preserve">information compared to </w:t>
      </w:r>
      <w:r w:rsidR="009F7244">
        <w:t>conventional ones</w:t>
      </w:r>
      <w:r>
        <w:t xml:space="preserve">. After the </w:t>
      </w:r>
      <w:proofErr w:type="spellStart"/>
      <w:r>
        <w:t>commercialisation</w:t>
      </w:r>
      <w:proofErr w:type="spellEnd"/>
      <w:r>
        <w:t xml:space="preserve"> of</w:t>
      </w:r>
      <w:r w:rsidR="009F7244">
        <w:t xml:space="preserve"> </w:t>
      </w:r>
      <w:r>
        <w:t>a scanner for preclinical studies, the</w:t>
      </w:r>
      <w:r w:rsidR="009F7244">
        <w:t xml:space="preserve"> </w:t>
      </w:r>
      <w:r>
        <w:t>company’s focus now is a compact</w:t>
      </w:r>
      <w:r w:rsidR="009F7244">
        <w:t xml:space="preserve"> </w:t>
      </w:r>
      <w:r>
        <w:t>device for imaging the human body’s</w:t>
      </w:r>
      <w:r w:rsidR="009F7244">
        <w:t xml:space="preserve"> </w:t>
      </w:r>
      <w:r>
        <w:t>upper extremities.</w:t>
      </w:r>
      <w:r w:rsidR="009F7244">
        <w:t xml:space="preserve"> </w:t>
      </w:r>
      <w:r>
        <w:t>Currently undergoing clinical evaluation</w:t>
      </w:r>
      <w:r w:rsidR="009F7244">
        <w:t xml:space="preserve"> </w:t>
      </w:r>
      <w:r>
        <w:t>in hospitals, this innovative scanner is</w:t>
      </w:r>
      <w:r w:rsidR="009F7244">
        <w:t xml:space="preserve"> </w:t>
      </w:r>
      <w:r>
        <w:t>small enough to fit into point-of-care</w:t>
      </w:r>
      <w:r w:rsidR="009F7244">
        <w:t xml:space="preserve"> </w:t>
      </w:r>
      <w:r>
        <w:t>settings such as community clinics or</w:t>
      </w:r>
      <w:r w:rsidR="009F7244">
        <w:t xml:space="preserve"> </w:t>
      </w:r>
      <w:r>
        <w:t>emergency wards, thus bringing state-of-</w:t>
      </w:r>
      <w:r w:rsidR="009F7244">
        <w:t xml:space="preserve"> </w:t>
      </w:r>
      <w:r>
        <w:t>the-art imaging closer to the patient.</w:t>
      </w:r>
      <w:r w:rsidR="009F7244">
        <w:t xml:space="preserve"> </w:t>
      </w:r>
      <w:r>
        <w:t>It also improves the image contrast in soft</w:t>
      </w:r>
      <w:r w:rsidR="009F7244">
        <w:t xml:space="preserve"> </w:t>
      </w:r>
      <w:r>
        <w:t>tissues, in some cases eliminating the</w:t>
      </w:r>
      <w:r w:rsidR="009F7244">
        <w:t xml:space="preserve"> </w:t>
      </w:r>
      <w:r>
        <w:t>need for expensive magnetic resonance</w:t>
      </w:r>
      <w:r w:rsidR="009F7244">
        <w:t xml:space="preserve"> </w:t>
      </w:r>
      <w:r>
        <w:t>imaging (MRI).</w:t>
      </w:r>
      <w:r w:rsidR="009F7244">
        <w:t xml:space="preserve"> </w:t>
      </w:r>
      <w:r>
        <w:t>Machine learning and artificial intelligence</w:t>
      </w:r>
      <w:r w:rsidR="009F7244">
        <w:t xml:space="preserve"> </w:t>
      </w:r>
      <w:r>
        <w:t xml:space="preserve">have the potential to be </w:t>
      </w:r>
      <w:proofErr w:type="gramStart"/>
      <w:r>
        <w:t>game-changers</w:t>
      </w:r>
      <w:proofErr w:type="gramEnd"/>
      <w:r w:rsidR="009F7244">
        <w:t xml:space="preserve"> </w:t>
      </w:r>
      <w:r>
        <w:t>for the world of medical imaging,</w:t>
      </w:r>
      <w:r w:rsidR="009F7244">
        <w:t xml:space="preserve"> </w:t>
      </w:r>
      <w:r>
        <w:t>for example by providing support to</w:t>
      </w:r>
      <w:r w:rsidR="009F7244">
        <w:t xml:space="preserve"> </w:t>
      </w:r>
      <w:r>
        <w:t>healthcare practitioners in clinical</w:t>
      </w:r>
      <w:r w:rsidR="009F7244">
        <w:t xml:space="preserve"> </w:t>
      </w:r>
      <w:r>
        <w:t>decision-making.</w:t>
      </w:r>
      <w:r w:rsidR="009F7244">
        <w:t xml:space="preserve"> </w:t>
      </w:r>
      <w:r>
        <w:t>Cross-</w:t>
      </w:r>
      <w:proofErr w:type="spellStart"/>
      <w:r>
        <w:t>fertilisation</w:t>
      </w:r>
      <w:proofErr w:type="spellEnd"/>
      <w:r>
        <w:t xml:space="preserve"> is highly beneficial:</w:t>
      </w:r>
      <w:r w:rsidR="009F7244">
        <w:t xml:space="preserve"> </w:t>
      </w:r>
      <w:r>
        <w:t>algorithms used to detect anomalies in</w:t>
      </w:r>
      <w:r w:rsidR="009F7244">
        <w:t xml:space="preserve"> </w:t>
      </w:r>
      <w:r>
        <w:t>the welds of the Large Hadron Collider</w:t>
      </w:r>
      <w:r w:rsidR="009F7244">
        <w:t xml:space="preserve"> </w:t>
      </w:r>
      <w:r>
        <w:t>have already been adapted to spot</w:t>
      </w:r>
      <w:r w:rsidR="009F7244">
        <w:t xml:space="preserve"> </w:t>
      </w:r>
      <w:r>
        <w:t>human brain pathologies from MRI scans</w:t>
      </w:r>
      <w:r w:rsidR="009F7244">
        <w:t xml:space="preserve"> </w:t>
      </w:r>
      <w:r>
        <w:t>and can be applied to other challenges.</w:t>
      </w:r>
      <w:r w:rsidR="009F7244">
        <w:t xml:space="preserve"> </w:t>
      </w:r>
      <w:r>
        <w:t>Taking these capabilities further, CERN</w:t>
      </w:r>
      <w:r w:rsidR="009F7244">
        <w:t xml:space="preserve"> </w:t>
      </w:r>
      <w:r>
        <w:t>experts have developed a platform that</w:t>
      </w:r>
      <w:r w:rsidR="009F7244">
        <w:t xml:space="preserve"> </w:t>
      </w:r>
      <w:r>
        <w:t>allows hospitals and other institutes to</w:t>
      </w:r>
      <w:r w:rsidR="009F7244">
        <w:t xml:space="preserve"> </w:t>
      </w:r>
      <w:r>
        <w:t>work collaboratively on refining machine</w:t>
      </w:r>
      <w:r w:rsidR="009F7244">
        <w:t xml:space="preserve"> </w:t>
      </w:r>
      <w:r>
        <w:t>learning algorithms without exchanging</w:t>
      </w:r>
      <w:r w:rsidR="009F7244">
        <w:t xml:space="preserve"> </w:t>
      </w:r>
      <w:r>
        <w:t xml:space="preserve">any </w:t>
      </w:r>
      <w:proofErr w:type="spellStart"/>
      <w:r>
        <w:t>confdential</w:t>
      </w:r>
      <w:proofErr w:type="spellEnd"/>
      <w:r>
        <w:t xml:space="preserve"> data.</w:t>
      </w:r>
    </w:p>
    <w:p w14:paraId="7C123C3F" w14:textId="1FD2A57A" w:rsidR="009F7244" w:rsidRDefault="009F7244" w:rsidP="009F7244">
      <w:r>
        <w:t>(Box)</w:t>
      </w:r>
    </w:p>
    <w:p w14:paraId="073A1BC5" w14:textId="77777777" w:rsidR="009F7244" w:rsidRDefault="00000000" w:rsidP="009F7244">
      <w:pPr>
        <w:rPr>
          <w:color w:val="1F497D" w:themeColor="text2"/>
        </w:rPr>
      </w:pPr>
      <w:r w:rsidRPr="00CE55D0">
        <w:rPr>
          <w:color w:val="1F497D" w:themeColor="text2"/>
        </w:rPr>
        <w:t xml:space="preserve">Georges </w:t>
      </w:r>
      <w:proofErr w:type="spellStart"/>
      <w:r w:rsidRPr="00CE55D0">
        <w:rPr>
          <w:color w:val="1F497D" w:themeColor="text2"/>
        </w:rPr>
        <w:t>Charpak</w:t>
      </w:r>
      <w:proofErr w:type="spellEnd"/>
      <w:r w:rsidRPr="00CE55D0">
        <w:rPr>
          <w:color w:val="1F497D" w:themeColor="text2"/>
        </w:rPr>
        <w:t>, a physicist of outstanding creativity, invented a Nobel-prize-winning particle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detector at CERN in 1968. This novel technology had the ability to record millions of particle tracks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per second, opening a new era for particle physics but also for medical imaging, where its sensitivity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promised to reduce radiation doses during radiology procedures.</w:t>
      </w:r>
    </w:p>
    <w:p w14:paraId="5AF2EB98" w14:textId="053BD6A0" w:rsidR="001210FE" w:rsidRPr="009F7244" w:rsidRDefault="00000000" w:rsidP="009F7244">
      <w:pPr>
        <w:rPr>
          <w:color w:val="1F497D" w:themeColor="text2"/>
        </w:rPr>
      </w:pPr>
      <w:r w:rsidRPr="00CE55D0">
        <w:rPr>
          <w:color w:val="000000" w:themeColor="text1"/>
        </w:rPr>
        <w:t xml:space="preserve">Ever since Wilhelm Conrad </w:t>
      </w:r>
      <w:proofErr w:type="spellStart"/>
      <w:r w:rsidRPr="00CE55D0">
        <w:rPr>
          <w:color w:val="000000" w:themeColor="text1"/>
        </w:rPr>
        <w:t>Röntgen’s</w:t>
      </w:r>
      <w:proofErr w:type="spellEnd"/>
      <w:r w:rsidR="009F7244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accidental discovery of X-rays in 1895,</w:t>
      </w:r>
      <w:r w:rsidR="009F7244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physics and medicine have gone hand</w:t>
      </w:r>
      <w:r w:rsidR="009F7244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 xml:space="preserve">in hand, and advances made to </w:t>
      </w:r>
      <w:proofErr w:type="gramStart"/>
      <w:r w:rsidRPr="00CE55D0">
        <w:rPr>
          <w:color w:val="000000" w:themeColor="text1"/>
        </w:rPr>
        <w:t>particle</w:t>
      </w:r>
      <w:r w:rsidR="009F7244">
        <w:rPr>
          <w:color w:val="000000" w:themeColor="text1"/>
        </w:rPr>
        <w:t xml:space="preserve">  </w:t>
      </w:r>
      <w:r w:rsidRPr="00CE55D0">
        <w:rPr>
          <w:color w:val="000000" w:themeColor="text1"/>
        </w:rPr>
        <w:t>detectors</w:t>
      </w:r>
      <w:proofErr w:type="gramEnd"/>
      <w:r w:rsidRPr="00CE55D0">
        <w:rPr>
          <w:color w:val="000000" w:themeColor="text1"/>
        </w:rPr>
        <w:t xml:space="preserve"> at CERN and </w:t>
      </w:r>
      <w:r w:rsidRPr="00CE55D0">
        <w:rPr>
          <w:color w:val="000000" w:themeColor="text1"/>
        </w:rPr>
        <w:lastRenderedPageBreak/>
        <w:t>elsewhere</w:t>
      </w:r>
      <w:r w:rsidR="009F7244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 xml:space="preserve">have continuously </w:t>
      </w:r>
      <w:proofErr w:type="spellStart"/>
      <w:r w:rsidRPr="00CE55D0">
        <w:rPr>
          <w:color w:val="000000" w:themeColor="text1"/>
        </w:rPr>
        <w:t>fuelled</w:t>
      </w:r>
      <w:proofErr w:type="spellEnd"/>
      <w:r w:rsidRPr="00CE55D0">
        <w:rPr>
          <w:color w:val="000000" w:themeColor="text1"/>
        </w:rPr>
        <w:t xml:space="preserve"> new</w:t>
      </w:r>
      <w:r w:rsidR="009F7244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developments in medical imaging.</w:t>
      </w:r>
      <w:r w:rsidR="009F7244">
        <w:rPr>
          <w:color w:val="000000" w:themeColor="text1"/>
        </w:rPr>
        <w:t xml:space="preserve">  </w:t>
      </w:r>
      <w:r>
        <w:t>Technologies for healthcare innovation</w:t>
      </w:r>
    </w:p>
    <w:p w14:paraId="55F21330" w14:textId="0B7A4684" w:rsidR="001210FE" w:rsidRDefault="00000000" w:rsidP="00505750">
      <w:pPr>
        <w:pStyle w:val="Titre2"/>
      </w:pPr>
      <w:r>
        <w:t>Novel pathways for</w:t>
      </w:r>
      <w:r w:rsidR="009746F9">
        <w:t xml:space="preserve"> </w:t>
      </w:r>
      <w:r>
        <w:t>nuclear medicine</w:t>
      </w:r>
    </w:p>
    <w:p w14:paraId="5CBBDD81" w14:textId="77777777" w:rsidR="009F7244" w:rsidRDefault="009F7244"/>
    <w:p w14:paraId="4F29F0A6" w14:textId="21CBE0C3" w:rsidR="001210FE" w:rsidRDefault="00000000">
      <w:r>
        <w:t>Nuclear medicine uses small amounts of</w:t>
      </w:r>
      <w:r w:rsidR="009F7244">
        <w:t xml:space="preserve"> </w:t>
      </w:r>
      <w:r>
        <w:t>substances called radioisotopes: these</w:t>
      </w:r>
    </w:p>
    <w:p w14:paraId="6944277E" w14:textId="77777777" w:rsidR="009F7244" w:rsidRDefault="00000000" w:rsidP="009F7244">
      <w:r>
        <w:t>are unstable forms of chemical elements,</w:t>
      </w:r>
      <w:r w:rsidR="009F7244">
        <w:t xml:space="preserve"> </w:t>
      </w:r>
      <w:r>
        <w:t>which emit radiation as they decay into a</w:t>
      </w:r>
      <w:r w:rsidR="009F7244">
        <w:t xml:space="preserve"> </w:t>
      </w:r>
      <w:r>
        <w:t>more stable state. Specific radioisotopes</w:t>
      </w:r>
      <w:r w:rsidR="009F7244">
        <w:t xml:space="preserve"> </w:t>
      </w:r>
      <w:r>
        <w:t>are administered to the patient, generally</w:t>
      </w:r>
      <w:r w:rsidR="009F7244">
        <w:t xml:space="preserve"> </w:t>
      </w:r>
      <w:r>
        <w:t>as part of a radiopharmaceutical</w:t>
      </w:r>
      <w:r w:rsidR="009F7244">
        <w:t xml:space="preserve"> </w:t>
      </w:r>
      <w:r>
        <w:t>compound, to help diagnose and treat</w:t>
      </w:r>
      <w:r w:rsidR="009F7244">
        <w:t xml:space="preserve"> </w:t>
      </w:r>
      <w:r>
        <w:t>cancers and other diseases.</w:t>
      </w:r>
      <w:r w:rsidR="009F7244">
        <w:t xml:space="preserve"> </w:t>
      </w:r>
      <w:r>
        <w:t>The medical community is always on</w:t>
      </w:r>
      <w:r w:rsidR="009F7244">
        <w:t xml:space="preserve"> </w:t>
      </w:r>
      <w:r>
        <w:t>the lookout for novel radioisotopes</w:t>
      </w:r>
      <w:r w:rsidR="009F7244">
        <w:t xml:space="preserve"> </w:t>
      </w:r>
      <w:r>
        <w:t>with the right characteristics to provide</w:t>
      </w:r>
      <w:r w:rsidR="009F7244">
        <w:t xml:space="preserve"> </w:t>
      </w:r>
      <w:r>
        <w:t>unprecedented treatment or diagnosis</w:t>
      </w:r>
      <w:r w:rsidR="009F7244">
        <w:t xml:space="preserve"> </w:t>
      </w:r>
      <w:r>
        <w:t>solutions. Since 2017, the CERN-</w:t>
      </w:r>
      <w:r w:rsidR="009F7244">
        <w:t xml:space="preserve"> </w:t>
      </w:r>
      <w:r>
        <w:t>MEDICIS infrastructure has been</w:t>
      </w:r>
      <w:r w:rsidR="009F7244">
        <w:t xml:space="preserve"> </w:t>
      </w:r>
      <w:r>
        <w:t>producing innovative radioisotopes</w:t>
      </w:r>
      <w:r w:rsidR="009F7244">
        <w:t xml:space="preserve"> </w:t>
      </w:r>
      <w:r>
        <w:t>specifically for medical applications</w:t>
      </w:r>
      <w:r w:rsidR="009F7244">
        <w:t xml:space="preserve"> </w:t>
      </w:r>
      <w:r>
        <w:t>and providing them to medical doctors</w:t>
      </w:r>
      <w:r w:rsidR="009F7244">
        <w:t xml:space="preserve"> </w:t>
      </w:r>
      <w:r>
        <w:t>and researchers who can assess their</w:t>
      </w:r>
      <w:r w:rsidR="009F7244">
        <w:t xml:space="preserve"> </w:t>
      </w:r>
      <w:r>
        <w:t>suitability for advanced treatments and</w:t>
      </w:r>
      <w:r w:rsidR="009F7244">
        <w:t xml:space="preserve"> </w:t>
      </w:r>
      <w:r>
        <w:t>imaging.</w:t>
      </w:r>
      <w:r w:rsidR="009F7244">
        <w:t xml:space="preserve"> </w:t>
      </w:r>
      <w:r>
        <w:t>Some of these radioisotopes are uniquely</w:t>
      </w:r>
      <w:r w:rsidR="009F7244">
        <w:t xml:space="preserve"> </w:t>
      </w:r>
      <w:r>
        <w:t>produced at CERN and, thanks to the</w:t>
      </w:r>
      <w:r w:rsidR="009F7244">
        <w:t xml:space="preserve"> </w:t>
      </w:r>
      <w:r>
        <w:t>collaboration with leading European</w:t>
      </w:r>
      <w:r w:rsidR="009F7244">
        <w:t xml:space="preserve"> </w:t>
      </w:r>
      <w:r>
        <w:t>scientific institutions, an advanced</w:t>
      </w:r>
      <w:r w:rsidR="009F7244">
        <w:t xml:space="preserve"> </w:t>
      </w:r>
      <w:r>
        <w:t>pipeline of medical radioisotopes is being</w:t>
      </w:r>
      <w:r w:rsidR="009F7244">
        <w:t xml:space="preserve"> </w:t>
      </w:r>
      <w:r>
        <w:t>created for the future – improving those</w:t>
      </w:r>
      <w:r w:rsidR="009F7244">
        <w:t xml:space="preserve"> </w:t>
      </w:r>
      <w:r>
        <w:t>in use already and bringing entirely new</w:t>
      </w:r>
      <w:r w:rsidR="009F7244">
        <w:t xml:space="preserve"> </w:t>
      </w:r>
      <w:r>
        <w:t>ones to the fore.</w:t>
      </w:r>
      <w:r w:rsidR="009F7244">
        <w:t xml:space="preserve"> </w:t>
      </w:r>
      <w:r>
        <w:t>Researchers at CERN are also exploring</w:t>
      </w:r>
      <w:r w:rsidR="009F7244">
        <w:t xml:space="preserve"> </w:t>
      </w:r>
      <w:r>
        <w:t xml:space="preserve">new ways to </w:t>
      </w:r>
      <w:proofErr w:type="spellStart"/>
      <w:r>
        <w:t>utilise</w:t>
      </w:r>
      <w:proofErr w:type="spellEnd"/>
      <w:r>
        <w:t xml:space="preserve"> radioisotopes to</w:t>
      </w:r>
      <w:r w:rsidR="009F7244">
        <w:t xml:space="preserve"> </w:t>
      </w:r>
      <w:r>
        <w:t>develop transportable and extremely</w:t>
      </w:r>
      <w:r w:rsidR="009F7244">
        <w:t xml:space="preserve"> </w:t>
      </w:r>
      <w:r>
        <w:t>sensitive nuclear magnetic resonance</w:t>
      </w:r>
      <w:r w:rsidR="009F7244">
        <w:t xml:space="preserve"> </w:t>
      </w:r>
      <w:r>
        <w:t>(NMR) techniques. NMR is already widely</w:t>
      </w:r>
      <w:r w:rsidR="009F7244">
        <w:t xml:space="preserve"> </w:t>
      </w:r>
      <w:r>
        <w:t>used in biochemistry, and these novel</w:t>
      </w:r>
      <w:r w:rsidR="009F7244">
        <w:t xml:space="preserve"> </w:t>
      </w:r>
      <w:r>
        <w:t>developments are finding applications</w:t>
      </w:r>
      <w:r w:rsidR="009F7244">
        <w:t xml:space="preserve"> </w:t>
      </w:r>
      <w:r>
        <w:t>in magnetic resonance imaging.</w:t>
      </w:r>
    </w:p>
    <w:p w14:paraId="309FF50A" w14:textId="483E3503" w:rsidR="001210FE" w:rsidRPr="009F7244" w:rsidRDefault="00000000" w:rsidP="009F7244">
      <w:r w:rsidRPr="00CE55D0">
        <w:rPr>
          <w:color w:val="1F497D" w:themeColor="text2"/>
        </w:rPr>
        <w:t>Positron emission tomography (PET) is a long-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established nuclear medical imaging technique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that is typically used to assess the spread of</w:t>
      </w:r>
      <w:r w:rsidR="009F7244">
        <w:rPr>
          <w:color w:val="1F497D" w:themeColor="text2"/>
        </w:rPr>
        <w:t xml:space="preserve"> </w:t>
      </w:r>
      <w:proofErr w:type="spellStart"/>
      <w:r w:rsidRPr="00CE55D0">
        <w:rPr>
          <w:color w:val="1F497D" w:themeColor="text2"/>
        </w:rPr>
        <w:t>tumours</w:t>
      </w:r>
      <w:proofErr w:type="spellEnd"/>
      <w:r w:rsidRPr="00CE55D0">
        <w:rPr>
          <w:color w:val="1F497D" w:themeColor="text2"/>
        </w:rPr>
        <w:t>. PET scanners detect specific particles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– photons – emitted by the positron from the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radioisotope decay.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In the 1970s, PET scanners were in their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infancy. At CERN, physicists David Townsend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and Alan Jeavons, with the support of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radiobiologist Marilena Streit-Bianchi, used a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novel image reconstruction software and an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 xml:space="preserve">evolution of </w:t>
      </w:r>
      <w:proofErr w:type="spellStart"/>
      <w:r w:rsidRPr="00CE55D0">
        <w:rPr>
          <w:color w:val="1F497D" w:themeColor="text2"/>
        </w:rPr>
        <w:t>Charpak’s</w:t>
      </w:r>
      <w:proofErr w:type="spellEnd"/>
      <w:r w:rsidRPr="00CE55D0">
        <w:rPr>
          <w:color w:val="1F497D" w:themeColor="text2"/>
        </w:rPr>
        <w:t xml:space="preserve"> particle detector to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generate some of the first PET images, most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famously of a mouse.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Modern PET scanners use photon detectors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based on scintillating crystals, which are also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used in many particle-physics experiments.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CERN has long contributed to advances in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this technology and is now supporting the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development of scintillation detectors that will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enhance the precision of PET imaging without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 xml:space="preserve">increasing the radioactive dose to the </w:t>
      </w:r>
      <w:proofErr w:type="gramStart"/>
      <w:r w:rsidRPr="00CE55D0">
        <w:rPr>
          <w:color w:val="1F497D" w:themeColor="text2"/>
        </w:rPr>
        <w:t>patient,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or</w:t>
      </w:r>
      <w:proofErr w:type="gramEnd"/>
      <w:r w:rsidRPr="00CE55D0">
        <w:rPr>
          <w:color w:val="1F497D" w:themeColor="text2"/>
        </w:rPr>
        <w:t xml:space="preserve"> reduce the dose without affecting the image</w:t>
      </w:r>
      <w:r w:rsidR="009F7244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quality.</w:t>
      </w:r>
    </w:p>
    <w:p w14:paraId="03884126" w14:textId="77777777" w:rsidR="001210FE" w:rsidRDefault="00000000" w:rsidP="00505750">
      <w:pPr>
        <w:pStyle w:val="Titre1"/>
      </w:pPr>
      <w:r>
        <w:t>Technologies for environmental protection</w:t>
      </w:r>
    </w:p>
    <w:p w14:paraId="1D381158" w14:textId="77777777" w:rsidR="001210FE" w:rsidRDefault="00000000" w:rsidP="00505750">
      <w:pPr>
        <w:pStyle w:val="Titre2"/>
      </w:pPr>
      <w:r>
        <w:t xml:space="preserve">Extreme technologies for the </w:t>
      </w:r>
      <w:proofErr w:type="spellStart"/>
      <w:r>
        <w:t>aeroplanes</w:t>
      </w:r>
      <w:proofErr w:type="spellEnd"/>
      <w:r>
        <w:t xml:space="preserve"> of the future</w:t>
      </w:r>
    </w:p>
    <w:p w14:paraId="571E1DA9" w14:textId="70377969" w:rsidR="001210FE" w:rsidRDefault="00000000">
      <w:r>
        <w:t>The progress in transport has shaped the</w:t>
      </w:r>
      <w:r w:rsidR="00D00EBF">
        <w:t xml:space="preserve"> </w:t>
      </w:r>
      <w:r>
        <w:t>world we know today, but it has become</w:t>
      </w:r>
      <w:r w:rsidR="00D00EBF">
        <w:t xml:space="preserve"> </w:t>
      </w:r>
      <w:r>
        <w:t>urgent to develop cleaner and more</w:t>
      </w:r>
      <w:r w:rsidR="00D00EBF">
        <w:t xml:space="preserve"> </w:t>
      </w:r>
      <w:r>
        <w:t>efficient mobility solutions. Two promising</w:t>
      </w:r>
      <w:r w:rsidR="00D00EBF">
        <w:t xml:space="preserve"> </w:t>
      </w:r>
      <w:r>
        <w:t>technological areas to accelerate this</w:t>
      </w:r>
      <w:r w:rsidR="00D00EBF">
        <w:t xml:space="preserve"> </w:t>
      </w:r>
      <w:r>
        <w:t>transformation are superconductivity and</w:t>
      </w:r>
      <w:r w:rsidR="00D00EBF">
        <w:t xml:space="preserve"> </w:t>
      </w:r>
      <w:r>
        <w:t>cryogenics.</w:t>
      </w:r>
      <w:r w:rsidR="00D00EBF">
        <w:t xml:space="preserve"> </w:t>
      </w:r>
      <w:r>
        <w:t>Superconductor materials have no</w:t>
      </w:r>
      <w:r w:rsidR="00D00EBF">
        <w:t xml:space="preserve"> </w:t>
      </w:r>
      <w:r>
        <w:t>electrical resistance at extremely</w:t>
      </w:r>
      <w:r w:rsidR="00D00EBF">
        <w:t xml:space="preserve"> </w:t>
      </w:r>
      <w:r>
        <w:t>low temperatures, enabling high</w:t>
      </w:r>
      <w:r w:rsidR="00D00EBF">
        <w:t xml:space="preserve"> </w:t>
      </w:r>
      <w:r>
        <w:lastRenderedPageBreak/>
        <w:t>currents to flow without losses.</w:t>
      </w:r>
      <w:r w:rsidR="00D00EBF">
        <w:t xml:space="preserve"> </w:t>
      </w:r>
      <w:r>
        <w:t>Cryogenic infrastructures maintain</w:t>
      </w:r>
      <w:r w:rsidR="00D00EBF">
        <w:t xml:space="preserve"> </w:t>
      </w:r>
      <w:r>
        <w:t>the very cold temperatures needed by</w:t>
      </w:r>
      <w:r w:rsidR="00D00EBF">
        <w:t xml:space="preserve"> </w:t>
      </w:r>
      <w:r>
        <w:t>superconductivity.</w:t>
      </w:r>
      <w:r w:rsidR="00D00EBF">
        <w:t xml:space="preserve"> </w:t>
      </w:r>
      <w:r>
        <w:t>CERN’s expertise in these two</w:t>
      </w:r>
      <w:r w:rsidR="00D00EBF">
        <w:t xml:space="preserve"> </w:t>
      </w:r>
      <w:r>
        <w:t>technologies stems from the exacting</w:t>
      </w:r>
      <w:r w:rsidR="00D00EBF">
        <w:t xml:space="preserve"> </w:t>
      </w:r>
      <w:r>
        <w:t>needs of the Large Hadron Collider (LHC):</w:t>
      </w:r>
      <w:r w:rsidR="00D00EBF">
        <w:t xml:space="preserve"> </w:t>
      </w:r>
      <w:r>
        <w:t>in its most powerful electromagnets,</w:t>
      </w:r>
      <w:r w:rsidR="00D00EBF">
        <w:t xml:space="preserve"> </w:t>
      </w:r>
      <w:r>
        <w:t>superconductors are cooled at a</w:t>
      </w:r>
      <w:r w:rsidR="00D00EBF">
        <w:t xml:space="preserve"> </w:t>
      </w:r>
      <w:r>
        <w:t>temperature of -271°C, and high currents</w:t>
      </w:r>
      <w:r w:rsidR="00D00EBF">
        <w:t xml:space="preserve"> </w:t>
      </w:r>
      <w:r>
        <w:t>generate a magnetic field 100,000 times</w:t>
      </w:r>
      <w:r w:rsidR="00D00EBF">
        <w:t xml:space="preserve"> </w:t>
      </w:r>
      <w:r>
        <w:t>more powerful than the Earth’s.</w:t>
      </w:r>
      <w:r w:rsidR="00D00EBF">
        <w:t xml:space="preserve"> </w:t>
      </w:r>
      <w:r>
        <w:t xml:space="preserve">CERN and Airbus </w:t>
      </w:r>
      <w:r w:rsidR="00D00EBF">
        <w:t>Up Next</w:t>
      </w:r>
      <w:r>
        <w:t xml:space="preserve"> are</w:t>
      </w:r>
      <w:r w:rsidR="00D00EBF">
        <w:t xml:space="preserve"> </w:t>
      </w:r>
      <w:r>
        <w:t>collaborating to assess the feasibility of</w:t>
      </w:r>
      <w:r w:rsidR="00D00EBF">
        <w:t xml:space="preserve"> </w:t>
      </w:r>
      <w:r>
        <w:t>using superconducting technologies in the</w:t>
      </w:r>
      <w:r w:rsidR="00D00EBF">
        <w:t xml:space="preserve"> </w:t>
      </w:r>
      <w:r>
        <w:t>electrical distribution systems of future</w:t>
      </w:r>
      <w:r w:rsidR="00D00EBF">
        <w:t xml:space="preserve"> </w:t>
      </w:r>
      <w:r>
        <w:t>hybrid and electric propulsion planes.</w:t>
      </w:r>
      <w:r w:rsidR="00D00EBF">
        <w:t xml:space="preserve"> </w:t>
      </w:r>
      <w:r>
        <w:t>As superconducting links can carry far</w:t>
      </w:r>
      <w:r w:rsidR="00D00EBF">
        <w:t xml:space="preserve"> </w:t>
      </w:r>
      <w:r>
        <w:t>stronger electrical currents than traditional</w:t>
      </w:r>
      <w:r w:rsidR="00D00EBF">
        <w:t xml:space="preserve"> </w:t>
      </w:r>
      <w:r>
        <w:t>copper cables, they could drastically</w:t>
      </w:r>
      <w:r w:rsidR="00D00EBF">
        <w:t xml:space="preserve"> </w:t>
      </w:r>
      <w:r>
        <w:t>reduce the weight of next-generation</w:t>
      </w:r>
      <w:r w:rsidR="00D00EBF">
        <w:t xml:space="preserve"> </w:t>
      </w:r>
      <w:r>
        <w:t>aircraft and increase their efficiency.</w:t>
      </w:r>
      <w:r w:rsidR="00D00EBF">
        <w:t xml:space="preserve"> </w:t>
      </w:r>
      <w:r>
        <w:t>CERN has also developed a technology</w:t>
      </w:r>
      <w:r w:rsidR="00D00EBF">
        <w:t xml:space="preserve"> </w:t>
      </w:r>
      <w:r>
        <w:t>to enable material tests at extremely</w:t>
      </w:r>
      <w:r w:rsidR="00D00EBF">
        <w:t xml:space="preserve"> </w:t>
      </w:r>
      <w:r>
        <w:t>low temperatures, which is now used by</w:t>
      </w:r>
      <w:r w:rsidR="00D00EBF">
        <w:t xml:space="preserve"> </w:t>
      </w:r>
      <w:proofErr w:type="spellStart"/>
      <w:r>
        <w:t>Applus</w:t>
      </w:r>
      <w:proofErr w:type="spellEnd"/>
      <w:r>
        <w:t>+ Laboratories in a novel system</w:t>
      </w:r>
      <w:r w:rsidR="00D00EBF">
        <w:t xml:space="preserve"> </w:t>
      </w:r>
      <w:r>
        <w:t>that performs mechanical tests on</w:t>
      </w:r>
      <w:r w:rsidR="00D00EBF">
        <w:t xml:space="preserve"> </w:t>
      </w:r>
      <w:r>
        <w:t>composite materials. This is of potential</w:t>
      </w:r>
      <w:r w:rsidR="00D00EBF">
        <w:t xml:space="preserve"> </w:t>
      </w:r>
      <w:r>
        <w:t>interest for liquid hydrogen storage on</w:t>
      </w:r>
      <w:r w:rsidR="00D00EBF">
        <w:t xml:space="preserve"> </w:t>
      </w:r>
      <w:r>
        <w:t>aircraft.</w:t>
      </w:r>
      <w:r w:rsidR="00D00EBF">
        <w:t xml:space="preserve"> </w:t>
      </w:r>
      <w:r>
        <w:t>Hydrogen is a particularly compelling fuel</w:t>
      </w:r>
      <w:r w:rsidR="00D00EBF">
        <w:t xml:space="preserve"> </w:t>
      </w:r>
      <w:r>
        <w:t>source as it generates no greenhouse</w:t>
      </w:r>
      <w:r w:rsidR="00D00EBF">
        <w:t xml:space="preserve"> </w:t>
      </w:r>
      <w:r>
        <w:t>gas emissions and allows huge energy</w:t>
      </w:r>
      <w:r w:rsidR="00D00EBF">
        <w:t xml:space="preserve"> </w:t>
      </w:r>
      <w:r>
        <w:t>storage. However, it will most likely have</w:t>
      </w:r>
      <w:r w:rsidR="00D00EBF">
        <w:t xml:space="preserve"> </w:t>
      </w:r>
      <w:r>
        <w:t>to be stored in its – higher density – liquid</w:t>
      </w:r>
      <w:r w:rsidR="00D00EBF">
        <w:t xml:space="preserve"> </w:t>
      </w:r>
      <w:r>
        <w:t>form which requires cooling at cryogenic</w:t>
      </w:r>
      <w:r w:rsidR="00D00EBF">
        <w:t xml:space="preserve"> </w:t>
      </w:r>
      <w:r>
        <w:t>temperatures below -253°C and poses</w:t>
      </w:r>
      <w:r w:rsidR="00D00EBF">
        <w:t xml:space="preserve"> </w:t>
      </w:r>
      <w:r>
        <w:t>stringent requirements on the materials</w:t>
      </w:r>
      <w:r w:rsidR="00D00EBF">
        <w:t xml:space="preserve"> </w:t>
      </w:r>
      <w:r>
        <w:t>of the on-board tanks. The tests on the</w:t>
      </w:r>
      <w:r w:rsidR="00D00EBF">
        <w:t xml:space="preserve"> </w:t>
      </w:r>
      <w:r>
        <w:t>materials of the tanks, mentioned above,</w:t>
      </w:r>
      <w:r w:rsidR="00D00EBF">
        <w:t xml:space="preserve"> </w:t>
      </w:r>
      <w:r>
        <w:t>will help</w:t>
      </w:r>
      <w:r w:rsidR="00D00EBF">
        <w:t xml:space="preserve"> </w:t>
      </w:r>
      <w:r>
        <w:t>choose the right components</w:t>
      </w:r>
      <w:r w:rsidR="00D00EBF">
        <w:t xml:space="preserve"> </w:t>
      </w:r>
      <w:r>
        <w:t>that can make hydrogen-powered aircraft</w:t>
      </w:r>
      <w:r w:rsidR="00D00EBF">
        <w:t xml:space="preserve"> </w:t>
      </w:r>
      <w:r>
        <w:t>a reality.</w:t>
      </w:r>
    </w:p>
    <w:p w14:paraId="6F0069DF" w14:textId="77777777" w:rsidR="00D00EBF" w:rsidRDefault="00D00EBF" w:rsidP="00505750">
      <w:pPr>
        <w:pStyle w:val="Titre2"/>
      </w:pPr>
    </w:p>
    <w:p w14:paraId="6998977B" w14:textId="0315E830" w:rsidR="001210FE" w:rsidRDefault="00000000" w:rsidP="00505750">
      <w:pPr>
        <w:pStyle w:val="Titre2"/>
      </w:pPr>
      <w:r>
        <w:t>Supporting the quest for</w:t>
      </w:r>
      <w:r w:rsidR="009746F9">
        <w:t xml:space="preserve"> </w:t>
      </w:r>
      <w:r>
        <w:t>alternative energy sources</w:t>
      </w:r>
    </w:p>
    <w:p w14:paraId="16BCB32D" w14:textId="77777777" w:rsidR="009746F9" w:rsidRPr="009746F9" w:rsidRDefault="009746F9" w:rsidP="009746F9"/>
    <w:p w14:paraId="2DEFB3DF" w14:textId="3AB090D2" w:rsidR="001210FE" w:rsidRDefault="00000000">
      <w:r>
        <w:t>In the search for sustainable energy</w:t>
      </w:r>
      <w:r w:rsidR="00D00EBF">
        <w:t xml:space="preserve"> </w:t>
      </w:r>
      <w:r>
        <w:t>sources, some scientists are attempting</w:t>
      </w:r>
      <w:r w:rsidR="00D00EBF">
        <w:t xml:space="preserve"> </w:t>
      </w:r>
      <w:r>
        <w:t>to replicate the fusion reaction that takes</w:t>
      </w:r>
      <w:r w:rsidR="00D00EBF">
        <w:t xml:space="preserve"> </w:t>
      </w:r>
      <w:r>
        <w:t>place in the core of the Sun.</w:t>
      </w:r>
      <w:r w:rsidR="00D00EBF">
        <w:t xml:space="preserve"> </w:t>
      </w:r>
      <w:r>
        <w:t>TER, which is poised to be the world’s</w:t>
      </w:r>
      <w:r w:rsidR="00D00EBF">
        <w:t xml:space="preserve"> </w:t>
      </w:r>
      <w:r>
        <w:t>biggest fusion experiment, and the LHC</w:t>
      </w:r>
      <w:r w:rsidR="00D00EBF">
        <w:t xml:space="preserve"> </w:t>
      </w:r>
      <w:r>
        <w:t>both need superconducting magnets,</w:t>
      </w:r>
      <w:r w:rsidR="00D00EBF">
        <w:t xml:space="preserve"> </w:t>
      </w:r>
      <w:r>
        <w:t>cryogenics, vacuum systems, all at very</w:t>
      </w:r>
      <w:r w:rsidR="00D00EBF">
        <w:t xml:space="preserve"> </w:t>
      </w:r>
      <w:r>
        <w:t>large scale and in challenging radiation</w:t>
      </w:r>
      <w:r w:rsidR="00D00EBF">
        <w:t xml:space="preserve"> </w:t>
      </w:r>
      <w:r>
        <w:t>environments: this has naturally led to</w:t>
      </w:r>
      <w:r w:rsidR="00D00EBF">
        <w:t xml:space="preserve"> </w:t>
      </w:r>
      <w:r>
        <w:t>many collaborations between CERN and</w:t>
      </w:r>
      <w:r w:rsidR="00D00EBF">
        <w:t xml:space="preserve"> </w:t>
      </w:r>
      <w:proofErr w:type="spellStart"/>
      <w:r w:rsidR="00D00EBF">
        <w:t>v</w:t>
      </w:r>
      <w:r>
        <w:t>the</w:t>
      </w:r>
      <w:proofErr w:type="spellEnd"/>
      <w:r>
        <w:t xml:space="preserve"> ITER Organization.</w:t>
      </w:r>
      <w:r w:rsidR="00D00EBF">
        <w:t xml:space="preserve"> </w:t>
      </w:r>
      <w:r>
        <w:t>Innovative and demanding magnet</w:t>
      </w:r>
      <w:r w:rsidR="00D00EBF">
        <w:t xml:space="preserve"> </w:t>
      </w:r>
      <w:r>
        <w:t>systems are one of the technological</w:t>
      </w:r>
      <w:r w:rsidR="00D00EBF">
        <w:t xml:space="preserve"> </w:t>
      </w:r>
      <w:r>
        <w:t xml:space="preserve">challenges in this field </w:t>
      </w:r>
      <w:proofErr w:type="gramStart"/>
      <w:r>
        <w:t>and also</w:t>
      </w:r>
      <w:proofErr w:type="gramEnd"/>
      <w:r>
        <w:t xml:space="preserve"> in the</w:t>
      </w:r>
      <w:r w:rsidR="00D00EBF">
        <w:t xml:space="preserve"> </w:t>
      </w:r>
      <w:r>
        <w:t>pursuit of much more compact fusion</w:t>
      </w:r>
      <w:r w:rsidR="00D00EBF">
        <w:t xml:space="preserve"> </w:t>
      </w:r>
      <w:r>
        <w:t>reactors. CERN shared its software</w:t>
      </w:r>
      <w:r w:rsidR="00D00EBF">
        <w:t xml:space="preserve"> </w:t>
      </w:r>
      <w:r>
        <w:t>expertise with Tokamak Energy, to help</w:t>
      </w:r>
      <w:r w:rsidR="00D00EBF">
        <w:t xml:space="preserve"> </w:t>
      </w:r>
      <w:r>
        <w:t>them simulate currents and magnetic</w:t>
      </w:r>
      <w:r w:rsidR="00D00EBF">
        <w:t xml:space="preserve"> </w:t>
      </w:r>
      <w:r>
        <w:t>fields in their magnet concept.</w:t>
      </w:r>
      <w:r w:rsidR="00D00EBF">
        <w:t xml:space="preserve"> </w:t>
      </w:r>
      <w:r>
        <w:t>A successful transition to renewable</w:t>
      </w:r>
      <w:r w:rsidR="00D00EBF">
        <w:t xml:space="preserve"> </w:t>
      </w:r>
      <w:r>
        <w:t>energy sources requires cutting-edge</w:t>
      </w:r>
      <w:r w:rsidR="00D00EBF">
        <w:t xml:space="preserve"> </w:t>
      </w:r>
      <w:r>
        <w:t>grid technologies capable of efficiently</w:t>
      </w:r>
      <w:r w:rsidR="00D00EBF">
        <w:t xml:space="preserve"> </w:t>
      </w:r>
      <w:r>
        <w:t>transmitting large quantities of power.</w:t>
      </w:r>
      <w:r w:rsidR="00D00EBF">
        <w:t xml:space="preserve"> </w:t>
      </w:r>
      <w:r>
        <w:t>Traditional methods, such as overhead</w:t>
      </w:r>
      <w:r w:rsidR="00D00EBF">
        <w:t xml:space="preserve"> </w:t>
      </w:r>
      <w:r>
        <w:t>lines and conventional underground</w:t>
      </w:r>
      <w:r w:rsidR="00D00EBF">
        <w:t xml:space="preserve"> </w:t>
      </w:r>
      <w:r>
        <w:t>cables, are facing significant challenges</w:t>
      </w:r>
      <w:r w:rsidR="00D00EBF">
        <w:t xml:space="preserve"> </w:t>
      </w:r>
      <w:r>
        <w:t>in accommodating the increasing power</w:t>
      </w:r>
      <w:r w:rsidR="00D00EBF">
        <w:t xml:space="preserve"> </w:t>
      </w:r>
      <w:r>
        <w:t>demands.</w:t>
      </w:r>
      <w:r w:rsidR="00D00EBF">
        <w:t xml:space="preserve"> </w:t>
      </w:r>
      <w:r>
        <w:t>In this regard, the application of</w:t>
      </w:r>
      <w:r w:rsidR="00D00EBF">
        <w:t xml:space="preserve"> </w:t>
      </w:r>
      <w:r>
        <w:t>superconducting technologies emerges</w:t>
      </w:r>
      <w:r w:rsidR="00D00EBF">
        <w:t xml:space="preserve"> </w:t>
      </w:r>
      <w:r>
        <w:t>as a promising solution. CERN and</w:t>
      </w:r>
      <w:r w:rsidR="00D00EBF">
        <w:t xml:space="preserve"> </w:t>
      </w:r>
      <w:proofErr w:type="spellStart"/>
      <w:r>
        <w:t>SuperNode</w:t>
      </w:r>
      <w:proofErr w:type="spellEnd"/>
      <w:r>
        <w:t xml:space="preserve"> are developing a novel type</w:t>
      </w:r>
      <w:r w:rsidR="00D00EBF">
        <w:t xml:space="preserve"> </w:t>
      </w:r>
      <w:r>
        <w:t>of insulation for superconducting cables</w:t>
      </w:r>
      <w:r w:rsidR="00D00EBF">
        <w:t xml:space="preserve"> </w:t>
      </w:r>
      <w:r>
        <w:t>that would allow them to be integrated in</w:t>
      </w:r>
      <w:r w:rsidR="00D00EBF">
        <w:t xml:space="preserve"> </w:t>
      </w:r>
      <w:r>
        <w:t>submarine and terrestrial electrical grids.</w:t>
      </w:r>
    </w:p>
    <w:p w14:paraId="7C505BF7" w14:textId="0B841659" w:rsidR="001210FE" w:rsidRPr="00596613" w:rsidRDefault="00000000" w:rsidP="00596613">
      <w:pPr>
        <w:pStyle w:val="Titre4"/>
        <w:rPr>
          <w:color w:val="000000" w:themeColor="text1"/>
        </w:rPr>
      </w:pPr>
      <w:r w:rsidRPr="00596613">
        <w:rPr>
          <w:color w:val="000000" w:themeColor="text1"/>
        </w:rPr>
        <w:lastRenderedPageBreak/>
        <w:t>Scientists in academia and industry</w:t>
      </w:r>
      <w:r w:rsidR="00D00EBF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are working on more sustainable</w:t>
      </w:r>
      <w:r w:rsidR="00D00EBF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energy sources that will lessen</w:t>
      </w:r>
      <w:r w:rsidR="00D00EBF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 xml:space="preserve">our </w:t>
      </w:r>
      <w:proofErr w:type="spellStart"/>
      <w:r w:rsidRPr="00596613">
        <w:rPr>
          <w:color w:val="000000" w:themeColor="text1"/>
        </w:rPr>
        <w:t>ependence</w:t>
      </w:r>
      <w:proofErr w:type="spellEnd"/>
      <w:r w:rsidRPr="00596613">
        <w:rPr>
          <w:color w:val="000000" w:themeColor="text1"/>
        </w:rPr>
        <w:t xml:space="preserve"> on fossil fuels. </w:t>
      </w:r>
      <w:proofErr w:type="gramStart"/>
      <w:r w:rsidRPr="00596613">
        <w:rPr>
          <w:color w:val="000000" w:themeColor="text1"/>
        </w:rPr>
        <w:t>The</w:t>
      </w:r>
      <w:r w:rsidR="00D00EBF">
        <w:rPr>
          <w:color w:val="000000" w:themeColor="text1"/>
        </w:rPr>
        <w:t xml:space="preserve">  </w:t>
      </w:r>
      <w:r w:rsidRPr="00596613">
        <w:rPr>
          <w:color w:val="000000" w:themeColor="text1"/>
        </w:rPr>
        <w:t>transmission</w:t>
      </w:r>
      <w:proofErr w:type="gramEnd"/>
      <w:r w:rsidRPr="00596613">
        <w:rPr>
          <w:color w:val="000000" w:themeColor="text1"/>
        </w:rPr>
        <w:t xml:space="preserve"> technology will accelerate</w:t>
      </w:r>
      <w:r w:rsidR="00D00EBF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the transition to renewable energy.</w:t>
      </w:r>
      <w:r w:rsidR="00D00EBF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The aeronautical sector is seeking</w:t>
      </w:r>
      <w:r w:rsidR="00D00EBF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ways to reduce its carbon emissions.</w:t>
      </w:r>
      <w:r w:rsidR="00D00EBF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These are just a few examples of</w:t>
      </w:r>
      <w:r w:rsidR="00D00EBF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global environmental challenges</w:t>
      </w:r>
      <w:r w:rsidR="00D00EBF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that can benefit from the disruptive</w:t>
      </w:r>
      <w:r w:rsidR="00D00EBF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technologies developed at CERN.</w:t>
      </w:r>
    </w:p>
    <w:p w14:paraId="3DA69A77" w14:textId="77777777" w:rsidR="001210FE" w:rsidRDefault="00000000" w:rsidP="00505750">
      <w:pPr>
        <w:pStyle w:val="Titre1"/>
      </w:pPr>
      <w:r>
        <w:t>Technologies for more sustainable lives</w:t>
      </w:r>
    </w:p>
    <w:p w14:paraId="5170988C" w14:textId="6ECFE019" w:rsidR="001210FE" w:rsidRDefault="00000000" w:rsidP="00505750">
      <w:pPr>
        <w:pStyle w:val="Titre2"/>
      </w:pPr>
      <w:r>
        <w:t xml:space="preserve">Algorithm </w:t>
      </w:r>
      <w:r w:rsidR="009746F9">
        <w:t xml:space="preserve">optimization </w:t>
      </w:r>
      <w:r>
        <w:t>for longer battery life</w:t>
      </w:r>
    </w:p>
    <w:p w14:paraId="4C968317" w14:textId="77777777" w:rsidR="00D00EBF" w:rsidRPr="00D00EBF" w:rsidRDefault="00D00EBF" w:rsidP="00D00EBF"/>
    <w:p w14:paraId="19B92677" w14:textId="2B79CA71" w:rsidR="001210FE" w:rsidRDefault="00000000">
      <w:r>
        <w:t>We are now used to our phones acting</w:t>
      </w:r>
      <w:r w:rsidR="00D00EBF">
        <w:t xml:space="preserve"> </w:t>
      </w:r>
      <w:r>
        <w:t>on voice command, and interactive</w:t>
      </w:r>
      <w:r w:rsidR="00D00EBF">
        <w:t xml:space="preserve"> </w:t>
      </w:r>
      <w:r>
        <w:t>capabilities are becoming common in</w:t>
      </w:r>
      <w:r w:rsidR="00D00EBF">
        <w:t xml:space="preserve"> </w:t>
      </w:r>
      <w:r>
        <w:t>household appliances. As our devices</w:t>
      </w:r>
      <w:r w:rsidR="00D00EBF">
        <w:t xml:space="preserve"> </w:t>
      </w:r>
      <w:r>
        <w:t>become smarter, integrating more sensors</w:t>
      </w:r>
      <w:r w:rsidR="00D00EBF">
        <w:t xml:space="preserve"> </w:t>
      </w:r>
      <w:r>
        <w:t>and artificial intelligence (AI) capabilities,</w:t>
      </w:r>
      <w:r w:rsidR="00D00EBF">
        <w:t xml:space="preserve"> </w:t>
      </w:r>
      <w:r>
        <w:t xml:space="preserve">their power consumption </w:t>
      </w:r>
      <w:proofErr w:type="gramStart"/>
      <w:r>
        <w:t>increases:</w:t>
      </w:r>
      <w:proofErr w:type="gramEnd"/>
      <w:r>
        <w:t xml:space="preserve"> how</w:t>
      </w:r>
      <w:r w:rsidR="00D00EBF">
        <w:t xml:space="preserve"> </w:t>
      </w:r>
      <w:r>
        <w:t>long a battery lasts between charges is</w:t>
      </w:r>
      <w:r w:rsidR="00D00EBF">
        <w:t xml:space="preserve"> </w:t>
      </w:r>
      <w:r>
        <w:t>an important parameter when choosing</w:t>
      </w:r>
      <w:r w:rsidR="00D00EBF">
        <w:t xml:space="preserve"> </w:t>
      </w:r>
      <w:r>
        <w:t>our next smart object. Deploying the AI</w:t>
      </w:r>
      <w:r w:rsidR="00D00EBF">
        <w:t xml:space="preserve"> </w:t>
      </w:r>
      <w:r>
        <w:t>applications on the devices (Edge AI)</w:t>
      </w:r>
      <w:r w:rsidR="00D00EBF">
        <w:t xml:space="preserve"> </w:t>
      </w:r>
      <w:r>
        <w:t>and removing calculation steps without</w:t>
      </w:r>
      <w:r w:rsidR="00D00EBF">
        <w:t xml:space="preserve"> </w:t>
      </w:r>
      <w:r>
        <w:t>affecting the accuracy (pruning) are two</w:t>
      </w:r>
      <w:r w:rsidR="00D00EBF">
        <w:t xml:space="preserve"> </w:t>
      </w:r>
      <w:r>
        <w:t>approaches to energy-efficient technology</w:t>
      </w:r>
      <w:r w:rsidR="00D00EBF">
        <w:t xml:space="preserve"> </w:t>
      </w:r>
      <w:r>
        <w:t>Physicists working on the Large Hadron</w:t>
      </w:r>
      <w:r w:rsidR="00D00EBF">
        <w:t xml:space="preserve"> </w:t>
      </w:r>
      <w:r>
        <w:t>Collider (LHC) experiments have become</w:t>
      </w:r>
      <w:r w:rsidR="00D00EBF">
        <w:t xml:space="preserve"> </w:t>
      </w:r>
      <w:r>
        <w:t>skilled in using pruning techniques.</w:t>
      </w:r>
      <w:r w:rsidR="00D00EBF">
        <w:t xml:space="preserve"> </w:t>
      </w:r>
      <w:r>
        <w:t>Particle collisions in the LHC generate</w:t>
      </w:r>
      <w:r w:rsidR="00D00EBF">
        <w:t xml:space="preserve"> </w:t>
      </w:r>
      <w:r>
        <w:t>huge amounts of data, of the order of</w:t>
      </w:r>
      <w:r w:rsidR="00D00EBF">
        <w:t xml:space="preserve"> </w:t>
      </w:r>
      <w:r>
        <w:t xml:space="preserve">40 </w:t>
      </w:r>
      <w:proofErr w:type="spellStart"/>
      <w:r>
        <w:t>TeraBytes</w:t>
      </w:r>
      <w:proofErr w:type="spellEnd"/>
      <w:r>
        <w:t xml:space="preserve"> per second, that cannot</w:t>
      </w:r>
      <w:r w:rsidR="00D00EBF">
        <w:t xml:space="preserve"> </w:t>
      </w:r>
      <w:r>
        <w:t>possibly be stored for later processing.</w:t>
      </w:r>
      <w:r w:rsidR="00D00EBF">
        <w:t xml:space="preserve"> </w:t>
      </w:r>
      <w:r>
        <w:t>Dedicated algorithms must quickly and</w:t>
      </w:r>
      <w:r w:rsidR="00D00EBF">
        <w:t xml:space="preserve"> </w:t>
      </w:r>
      <w:r>
        <w:t>efficiently select the most interesting</w:t>
      </w:r>
      <w:r w:rsidR="00D00EBF">
        <w:t xml:space="preserve"> </w:t>
      </w:r>
      <w:r>
        <w:t>collisions, and pruning can make the</w:t>
      </w:r>
      <w:r w:rsidR="00D00EBF">
        <w:t xml:space="preserve"> </w:t>
      </w:r>
      <w:r>
        <w:t>process leaner.</w:t>
      </w:r>
      <w:r w:rsidR="00D00EBF">
        <w:t xml:space="preserve"> </w:t>
      </w:r>
      <w:r>
        <w:t>CERN and CEVA, a company licensing</w:t>
      </w:r>
      <w:r w:rsidR="00D00EBF">
        <w:t xml:space="preserve"> </w:t>
      </w:r>
      <w:r>
        <w:t>wireless and sensor technologies, are</w:t>
      </w:r>
      <w:r w:rsidR="00D00EBF">
        <w:t xml:space="preserve"> </w:t>
      </w:r>
      <w:r>
        <w:t>collaborating to test a combination of</w:t>
      </w:r>
      <w:r w:rsidR="00D00EBF">
        <w:t xml:space="preserve"> </w:t>
      </w:r>
      <w:r>
        <w:t xml:space="preserve">algorithm </w:t>
      </w:r>
      <w:proofErr w:type="spellStart"/>
      <w:r>
        <w:t>optimisation</w:t>
      </w:r>
      <w:proofErr w:type="spellEnd"/>
      <w:r>
        <w:t xml:space="preserve"> and of hardware</w:t>
      </w:r>
      <w:r w:rsidR="00D00EBF">
        <w:t xml:space="preserve"> </w:t>
      </w:r>
      <w:r>
        <w:t>implementation to make the algorithmic</w:t>
      </w:r>
      <w:r w:rsidR="00D00EBF">
        <w:t xml:space="preserve"> </w:t>
      </w:r>
      <w:r>
        <w:t>process more efficient and reduce power</w:t>
      </w:r>
      <w:r w:rsidR="00D00EBF">
        <w:t xml:space="preserve"> </w:t>
      </w:r>
      <w:r>
        <w:t>consumption at the same time.</w:t>
      </w:r>
    </w:p>
    <w:p w14:paraId="3DECEC1F" w14:textId="46B1DD14" w:rsidR="001210FE" w:rsidRDefault="00000000" w:rsidP="00505750">
      <w:pPr>
        <w:pStyle w:val="Titre2"/>
      </w:pPr>
      <w:r>
        <w:t>A digital twin to reduce</w:t>
      </w:r>
      <w:r w:rsidR="009746F9">
        <w:t xml:space="preserve"> </w:t>
      </w:r>
      <w:r>
        <w:t>energy consumption</w:t>
      </w:r>
    </w:p>
    <w:p w14:paraId="22D4259D" w14:textId="77777777" w:rsidR="00D00EBF" w:rsidRPr="00D00EBF" w:rsidRDefault="00D00EBF" w:rsidP="00D00EBF"/>
    <w:p w14:paraId="14C6F2F6" w14:textId="7D098D60" w:rsidR="001210FE" w:rsidRDefault="00000000">
      <w:r>
        <w:t>Finding appropriate solutions to lower</w:t>
      </w:r>
      <w:r w:rsidR="00D00EBF">
        <w:t xml:space="preserve"> </w:t>
      </w:r>
      <w:r>
        <w:t>the energy consumption of industries and</w:t>
      </w:r>
      <w:r w:rsidR="00D00EBF">
        <w:t xml:space="preserve"> </w:t>
      </w:r>
      <w:r>
        <w:t>large-scale research facilities is key to a</w:t>
      </w:r>
      <w:r w:rsidR="00D00EBF">
        <w:t xml:space="preserve"> </w:t>
      </w:r>
      <w:r>
        <w:t>more sustainable world.</w:t>
      </w:r>
      <w:r w:rsidR="00D00EBF">
        <w:t xml:space="preserve"> </w:t>
      </w:r>
      <w:r>
        <w:t>Across the vast CERN site, many auxiliary</w:t>
      </w:r>
      <w:r w:rsidR="00D00EBF">
        <w:t xml:space="preserve"> </w:t>
      </w:r>
      <w:r>
        <w:t>systems and services contribute to</w:t>
      </w:r>
      <w:r w:rsidR="00D00EBF">
        <w:t xml:space="preserve"> </w:t>
      </w:r>
      <w:r>
        <w:t>the energy usage of the Laboratory.</w:t>
      </w:r>
      <w:r w:rsidR="00D00EBF">
        <w:t xml:space="preserve"> </w:t>
      </w:r>
      <w:r>
        <w:t>Through an innovation partnership with</w:t>
      </w:r>
      <w:r w:rsidR="00D00EBF">
        <w:t xml:space="preserve"> </w:t>
      </w:r>
      <w:r>
        <w:t xml:space="preserve">ABB Motion, a global technology </w:t>
      </w:r>
      <w:proofErr w:type="spellStart"/>
      <w:r>
        <w:t>leaderin</w:t>
      </w:r>
      <w:proofErr w:type="spellEnd"/>
      <w:r>
        <w:t xml:space="preserve"> supplying world-class drives and</w:t>
      </w:r>
      <w:r w:rsidR="00D00EBF">
        <w:t xml:space="preserve"> </w:t>
      </w:r>
      <w:r>
        <w:t>motors, CERN’s cooling and ventilation</w:t>
      </w:r>
      <w:r w:rsidR="00D00EBF">
        <w:t xml:space="preserve"> </w:t>
      </w:r>
      <w:r>
        <w:t>infrastructure will be a test ground for</w:t>
      </w:r>
      <w:r w:rsidR="00D00EBF">
        <w:t xml:space="preserve"> </w:t>
      </w:r>
      <w:r>
        <w:t>energy saving measures.</w:t>
      </w:r>
      <w:r w:rsidR="00D00EBF">
        <w:t xml:space="preserve"> </w:t>
      </w:r>
      <w:r>
        <w:t>Smart sensors will transform traditional</w:t>
      </w:r>
      <w:r w:rsidR="00D00EBF">
        <w:t xml:space="preserve"> </w:t>
      </w:r>
      <w:r>
        <w:t>motors, pumps, mounted bearings and</w:t>
      </w:r>
      <w:r w:rsidR="00D00EBF">
        <w:t xml:space="preserve"> </w:t>
      </w:r>
      <w:r>
        <w:t xml:space="preserve">gearing into wirelessly connected </w:t>
      </w:r>
      <w:proofErr w:type="spellStart"/>
      <w:proofErr w:type="gramStart"/>
      <w:r>
        <w:t>devices,whose</w:t>
      </w:r>
      <w:proofErr w:type="spellEnd"/>
      <w:proofErr w:type="gramEnd"/>
      <w:r>
        <w:t xml:space="preserve"> data will be used to develop digital</w:t>
      </w:r>
      <w:r w:rsidR="00D00EBF">
        <w:t xml:space="preserve"> </w:t>
      </w:r>
      <w:r>
        <w:t>twins – virtual representations – of the</w:t>
      </w:r>
      <w:r w:rsidR="00D00EBF">
        <w:t xml:space="preserve"> </w:t>
      </w:r>
      <w:r>
        <w:t>cooling and ventilation systems.</w:t>
      </w:r>
      <w:r w:rsidR="00D00EBF">
        <w:t xml:space="preserve"> </w:t>
      </w:r>
      <w:r>
        <w:t>These</w:t>
      </w:r>
      <w:r w:rsidR="00D00EBF">
        <w:t xml:space="preserve"> </w:t>
      </w:r>
      <w:r>
        <w:t>data insights, paired with expert analysis,</w:t>
      </w:r>
      <w:r w:rsidR="00D00EBF">
        <w:t xml:space="preserve"> </w:t>
      </w:r>
      <w:r>
        <w:t>will allow for the simulation and testing</w:t>
      </w:r>
      <w:r w:rsidR="00D00EBF">
        <w:t xml:space="preserve"> </w:t>
      </w:r>
      <w:r>
        <w:t>of energy reduction scenarios, and the</w:t>
      </w:r>
      <w:r w:rsidR="00D00EBF">
        <w:t xml:space="preserve"> </w:t>
      </w:r>
      <w:r>
        <w:t>most efficient ones will be implemented.</w:t>
      </w:r>
      <w:r w:rsidR="00D00EBF">
        <w:t xml:space="preserve"> </w:t>
      </w:r>
      <w:r>
        <w:t>The outcomes and successful methods</w:t>
      </w:r>
      <w:r w:rsidR="00D00EBF">
        <w:t xml:space="preserve"> </w:t>
      </w:r>
      <w:r>
        <w:t>from this collaboration will be publicly</w:t>
      </w:r>
      <w:r w:rsidR="00D00EBF">
        <w:t xml:space="preserve"> </w:t>
      </w:r>
      <w:r>
        <w:t xml:space="preserve">shared, allowing other large </w:t>
      </w:r>
      <w:r>
        <w:lastRenderedPageBreak/>
        <w:t>facilities such</w:t>
      </w:r>
      <w:r w:rsidR="00D00EBF">
        <w:t xml:space="preserve"> </w:t>
      </w:r>
      <w:r>
        <w:t>as laboratories or industrial sites to learn</w:t>
      </w:r>
      <w:r w:rsidR="00D00EBF">
        <w:t xml:space="preserve"> </w:t>
      </w:r>
      <w:r>
        <w:t>best practices and potentially implement</w:t>
      </w:r>
      <w:r w:rsidR="00D00EBF">
        <w:t xml:space="preserve"> </w:t>
      </w:r>
      <w:r>
        <w:t>energy efficient large-scale cooling and</w:t>
      </w:r>
      <w:r w:rsidR="00D00EBF">
        <w:t xml:space="preserve"> </w:t>
      </w:r>
      <w:r>
        <w:t>ventilation systems.</w:t>
      </w:r>
    </w:p>
    <w:p w14:paraId="2F638A5B" w14:textId="77777777" w:rsidR="001210FE" w:rsidRDefault="00000000" w:rsidP="00505750">
      <w:pPr>
        <w:pStyle w:val="Titre1"/>
      </w:pPr>
      <w:r>
        <w:t>Technologies for environmental monitoring</w:t>
      </w:r>
    </w:p>
    <w:p w14:paraId="18BF875F" w14:textId="77777777" w:rsidR="001210FE" w:rsidRDefault="00000000" w:rsidP="00505750">
      <w:pPr>
        <w:pStyle w:val="Titre2"/>
      </w:pPr>
      <w:r>
        <w:t>Solutions for a healthier planet</w:t>
      </w:r>
    </w:p>
    <w:p w14:paraId="726FCFDF" w14:textId="77777777" w:rsidR="00D00EBF" w:rsidRPr="00D00EBF" w:rsidRDefault="00D00EBF" w:rsidP="00D00EBF"/>
    <w:p w14:paraId="5C76302C" w14:textId="753A1C2D" w:rsidR="001210FE" w:rsidRDefault="00000000">
      <w:r>
        <w:t>Air pollution is a critical global health</w:t>
      </w:r>
      <w:r w:rsidR="00D00EBF">
        <w:t xml:space="preserve"> </w:t>
      </w:r>
      <w:r>
        <w:t>issue, responsible for an estimated 11%</w:t>
      </w:r>
      <w:r w:rsidR="00D00EBF">
        <w:t xml:space="preserve"> </w:t>
      </w:r>
      <w:r>
        <w:t>of all deaths worldwide. To address this</w:t>
      </w:r>
      <w:r w:rsidR="00D00EBF">
        <w:t xml:space="preserve"> </w:t>
      </w:r>
      <w:r>
        <w:t>and other environmental concerns, it is</w:t>
      </w:r>
      <w:r w:rsidR="00D00EBF">
        <w:t xml:space="preserve"> </w:t>
      </w:r>
      <w:r>
        <w:t>essential to monitor air quality across</w:t>
      </w:r>
      <w:r w:rsidR="00D00EBF">
        <w:t xml:space="preserve"> </w:t>
      </w:r>
      <w:r>
        <w:t>large areas and gather information</w:t>
      </w:r>
      <w:r w:rsidR="00D00EBF">
        <w:t xml:space="preserve"> </w:t>
      </w:r>
      <w:r>
        <w:t>about our planet using remote sensing</w:t>
      </w:r>
      <w:r w:rsidR="00D00EBF">
        <w:t xml:space="preserve"> </w:t>
      </w:r>
      <w:r>
        <w:t>technologies. These efforts are key to</w:t>
      </w:r>
      <w:r w:rsidR="00D00EBF">
        <w:t xml:space="preserve"> </w:t>
      </w:r>
      <w:r>
        <w:t>understanding, managing, and protecting</w:t>
      </w:r>
      <w:r w:rsidR="00D00EBF">
        <w:t xml:space="preserve"> </w:t>
      </w:r>
      <w:r>
        <w:t>the environment, as well as supporting</w:t>
      </w:r>
      <w:r w:rsidR="00D00EBF">
        <w:t xml:space="preserve"> </w:t>
      </w:r>
      <w:r>
        <w:t>sustainable development and ensuring</w:t>
      </w:r>
      <w:r w:rsidR="00D00EBF">
        <w:t xml:space="preserve"> </w:t>
      </w:r>
      <w:r>
        <w:t>our health and well-being. CERN’s</w:t>
      </w:r>
      <w:r w:rsidR="00D00EBF">
        <w:t xml:space="preserve"> </w:t>
      </w:r>
      <w:r>
        <w:t>diverse expertise, from radiation safety</w:t>
      </w:r>
      <w:r w:rsidR="00D00EBF">
        <w:t xml:space="preserve"> </w:t>
      </w:r>
      <w:r>
        <w:t>to quantum computing technologies and</w:t>
      </w:r>
      <w:r w:rsidR="00D00EBF">
        <w:t xml:space="preserve"> </w:t>
      </w:r>
      <w:r>
        <w:t>monitoring software, contributes</w:t>
      </w:r>
      <w:r w:rsidR="00D00EBF">
        <w:t xml:space="preserve"> </w:t>
      </w:r>
      <w:r>
        <w:t>to the advancement of techniques for</w:t>
      </w:r>
      <w:r w:rsidR="00D00EBF">
        <w:t xml:space="preserve"> </w:t>
      </w:r>
      <w:r>
        <w:t>environmental monitoring and Earth</w:t>
      </w:r>
      <w:r w:rsidR="00D00EBF">
        <w:t xml:space="preserve"> </w:t>
      </w:r>
      <w:r>
        <w:t>observation from satellites.</w:t>
      </w:r>
      <w:r w:rsidR="00D00EBF">
        <w:t xml:space="preserve"> </w:t>
      </w:r>
      <w:r>
        <w:t>As part of their long-standing partnership,</w:t>
      </w:r>
      <w:r w:rsidR="00D00EBF">
        <w:t xml:space="preserve"> </w:t>
      </w:r>
      <w:r>
        <w:t>the European Space Agency (ESA) and</w:t>
      </w:r>
      <w:r w:rsidR="00D00EBF">
        <w:t xml:space="preserve"> </w:t>
      </w:r>
      <w:r>
        <w:t>CERN are currently investigating the</w:t>
      </w:r>
      <w:r w:rsidR="00D00EBF">
        <w:t xml:space="preserve"> </w:t>
      </w:r>
      <w:r>
        <w:t>potential of quantum machine learning</w:t>
      </w:r>
      <w:r w:rsidR="00D00EBF">
        <w:t xml:space="preserve"> </w:t>
      </w:r>
      <w:r>
        <w:t xml:space="preserve">for </w:t>
      </w:r>
      <w:proofErr w:type="spellStart"/>
      <w:r>
        <w:t>analysing</w:t>
      </w:r>
      <w:proofErr w:type="spellEnd"/>
      <w:r>
        <w:t xml:space="preserve"> Earth Observation data.</w:t>
      </w:r>
      <w:r w:rsidR="00D00EBF">
        <w:t xml:space="preserve"> </w:t>
      </w:r>
      <w:r>
        <w:t>Quantum technology represents a</w:t>
      </w:r>
      <w:r w:rsidR="00D00EBF">
        <w:t xml:space="preserve"> </w:t>
      </w:r>
      <w:r>
        <w:t xml:space="preserve">groundbreaking approach for </w:t>
      </w:r>
      <w:proofErr w:type="gramStart"/>
      <w:r>
        <w:t>addressing</w:t>
      </w:r>
      <w:r w:rsidR="00D00EBF">
        <w:t xml:space="preserve">  complex</w:t>
      </w:r>
      <w:proofErr w:type="gramEnd"/>
      <w:r>
        <w:t xml:space="preserve"> problems that lie beyond the</w:t>
      </w:r>
      <w:r w:rsidR="00D00EBF">
        <w:t xml:space="preserve"> </w:t>
      </w:r>
      <w:r>
        <w:t>capabilities of classical computing</w:t>
      </w:r>
      <w:r w:rsidR="00D00EBF">
        <w:t xml:space="preserve"> </w:t>
      </w:r>
      <w:r>
        <w:t>methods. Innovation in these cutting-edge</w:t>
      </w:r>
      <w:r w:rsidR="00D00EBF">
        <w:t xml:space="preserve"> </w:t>
      </w:r>
      <w:r>
        <w:t>fields has the potential to transform both</w:t>
      </w:r>
      <w:r w:rsidR="00D00EBF">
        <w:t xml:space="preserve"> </w:t>
      </w:r>
      <w:r>
        <w:t>science and society, and CERN is actively</w:t>
      </w:r>
      <w:r w:rsidR="00D00EBF">
        <w:t xml:space="preserve"> </w:t>
      </w:r>
      <w:r>
        <w:t>driving it through its Quantum Technology</w:t>
      </w:r>
      <w:r w:rsidR="005B1733">
        <w:t xml:space="preserve"> </w:t>
      </w:r>
      <w:r>
        <w:t>Initiative.</w:t>
      </w:r>
      <w:r w:rsidR="005B1733">
        <w:t xml:space="preserve"> </w:t>
      </w:r>
      <w:r>
        <w:t xml:space="preserve">The CERN spin-off company </w:t>
      </w:r>
      <w:r w:rsidR="005B1733">
        <w:t xml:space="preserve">Planet Watch </w:t>
      </w:r>
      <w:r>
        <w:t>has developed an infrastructure capable</w:t>
      </w:r>
      <w:r w:rsidR="005B1733">
        <w:t xml:space="preserve"> </w:t>
      </w:r>
      <w:r>
        <w:t>of receiving and validating high-frequency</w:t>
      </w:r>
      <w:r w:rsidR="005B1733">
        <w:t xml:space="preserve"> </w:t>
      </w:r>
      <w:r>
        <w:t>data streams from thousands of sensors</w:t>
      </w:r>
      <w:r w:rsidR="005B1733">
        <w:t xml:space="preserve"> </w:t>
      </w:r>
      <w:r>
        <w:t>across the globe. This enables a more</w:t>
      </w:r>
      <w:r w:rsidR="005B1733">
        <w:t xml:space="preserve"> </w:t>
      </w:r>
      <w:r>
        <w:t>comprehensive understanding of the</w:t>
      </w:r>
      <w:r w:rsidR="005B1733">
        <w:t xml:space="preserve"> </w:t>
      </w:r>
      <w:r>
        <w:t>impact of air pollution, which in turn helps</w:t>
      </w:r>
      <w:r w:rsidR="005B1733">
        <w:t xml:space="preserve"> </w:t>
      </w:r>
      <w:r>
        <w:t>us take more effective action to reduce it.</w:t>
      </w:r>
      <w:r w:rsidR="005B1733">
        <w:t xml:space="preserve"> </w:t>
      </w:r>
      <w:r>
        <w:t>BAQ, another spin-off company of CERN,</w:t>
      </w:r>
      <w:r w:rsidR="005B1733">
        <w:t xml:space="preserve"> </w:t>
      </w:r>
      <w:r>
        <w:t>is aiming at reducing our exposure to</w:t>
      </w:r>
      <w:r w:rsidR="005B1733">
        <w:t xml:space="preserve"> </w:t>
      </w:r>
      <w:r>
        <w:t>radon, a natural radioactive gas that is the</w:t>
      </w:r>
      <w:r w:rsidR="005B1733">
        <w:t xml:space="preserve"> </w:t>
      </w:r>
      <w:r>
        <w:t>second leading cause of lung cancer after</w:t>
      </w:r>
      <w:r w:rsidR="005B1733">
        <w:t xml:space="preserve"> </w:t>
      </w:r>
      <w:r>
        <w:t>smoking. BAQ is deploying an innovative</w:t>
      </w:r>
      <w:r w:rsidR="005B1733">
        <w:t xml:space="preserve"> </w:t>
      </w:r>
      <w:r>
        <w:t>radon dose monitor developed by CERN,</w:t>
      </w:r>
      <w:r w:rsidR="005B1733">
        <w:t xml:space="preserve"> </w:t>
      </w:r>
      <w:r>
        <w:t>together with a cutting-edge cloud-</w:t>
      </w:r>
      <w:r w:rsidR="005B1733">
        <w:t xml:space="preserve"> </w:t>
      </w:r>
      <w:r>
        <w:t>based service for data collection and</w:t>
      </w:r>
      <w:r w:rsidR="005B1733">
        <w:t xml:space="preserve"> </w:t>
      </w:r>
      <w:r>
        <w:t>analysis. By leveraging real-time data, this</w:t>
      </w:r>
      <w:r w:rsidR="005B1733">
        <w:t xml:space="preserve"> </w:t>
      </w:r>
      <w:r>
        <w:t>technology can drive the implementation</w:t>
      </w:r>
      <w:r w:rsidR="005B1733">
        <w:t xml:space="preserve"> </w:t>
      </w:r>
      <w:r>
        <w:t>of targeted mitigation measures to protect</w:t>
      </w:r>
      <w:r w:rsidR="005B1733">
        <w:t xml:space="preserve"> </w:t>
      </w:r>
      <w:r>
        <w:t>individuals from radon’s harmful effects.</w:t>
      </w:r>
    </w:p>
    <w:p w14:paraId="0FC5956C" w14:textId="312C3CB1" w:rsidR="001210FE" w:rsidRPr="00CE55D0" w:rsidRDefault="00000000" w:rsidP="00596613">
      <w:pPr>
        <w:pStyle w:val="Titre4"/>
        <w:rPr>
          <w:color w:val="1F497D" w:themeColor="text2"/>
        </w:rPr>
      </w:pPr>
      <w:r w:rsidRPr="00CE55D0">
        <w:rPr>
          <w:color w:val="1F497D" w:themeColor="text2"/>
        </w:rPr>
        <w:lastRenderedPageBreak/>
        <w:t>Powering satellite mapping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for humanitarian efforts</w:t>
      </w:r>
      <w:r w:rsidR="005B1733">
        <w:rPr>
          <w:color w:val="1F497D" w:themeColor="text2"/>
        </w:rPr>
        <w:t xml:space="preserve"> </w:t>
      </w:r>
      <w:proofErr w:type="gramStart"/>
      <w:r w:rsidRPr="00CE55D0">
        <w:rPr>
          <w:color w:val="1F497D" w:themeColor="text2"/>
        </w:rPr>
        <w:t>As</w:t>
      </w:r>
      <w:proofErr w:type="gramEnd"/>
      <w:r w:rsidRPr="00CE55D0">
        <w:rPr>
          <w:color w:val="1F497D" w:themeColor="text2"/>
        </w:rPr>
        <w:t xml:space="preserve"> extreme weather events become less predictable,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the need for satellite images of the Earth from space is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increasingly important in emergency situations. Satellites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provide vital information on the lay of the land and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efficient routes for rescue teams during catastrophes like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floods, earthquakes, and forest fires. Satellite mapping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also plays a crucial role in maintaining peace, enabling a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more comprehensive assessment of the situation through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monitoring population movements, monitoring borders,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and assessing damage.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CERN’s state-of-the-art computing infrastructure has been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instrumental in supporting the United Nations Satellite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Centre since it was established in 2001, under the name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UNOSAT.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UNOSAT has helped local authorities and humanitarian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workers to evaluate damage and to map affected areas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in crisis situations such as the flooding in Pakistan and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the Ebola outbreak in West Africa. Thanks to CERN’s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excellent bandwidth, computing power, and data storage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capacities, the UNOSAT team can rapidly obtain and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download geospatial information and provide analysis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results within a few hours, directly feeding into other</w:t>
      </w:r>
      <w:r w:rsidR="005B1733">
        <w:rPr>
          <w:color w:val="1F497D" w:themeColor="text2"/>
        </w:rPr>
        <w:t xml:space="preserve"> </w:t>
      </w:r>
      <w:r w:rsidRPr="00CE55D0">
        <w:rPr>
          <w:color w:val="1F497D" w:themeColor="text2"/>
        </w:rPr>
        <w:t>United Nations initiatives</w:t>
      </w:r>
      <w:r w:rsidR="005B1733">
        <w:rPr>
          <w:color w:val="1F497D" w:themeColor="text2"/>
        </w:rPr>
        <w:t>.</w:t>
      </w:r>
    </w:p>
    <w:p w14:paraId="3D3C1BEF" w14:textId="5639E0D5" w:rsidR="001210FE" w:rsidRPr="00CE55D0" w:rsidRDefault="00000000" w:rsidP="00596613">
      <w:pPr>
        <w:pStyle w:val="Titre5"/>
        <w:rPr>
          <w:color w:val="000000" w:themeColor="text1"/>
        </w:rPr>
      </w:pPr>
      <w:r w:rsidRPr="00CE55D0">
        <w:rPr>
          <w:color w:val="000000" w:themeColor="text1"/>
        </w:rPr>
        <w:t>Reducing pollution, managing natural</w:t>
      </w:r>
      <w:r w:rsidR="005B1733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resources, responding to natural</w:t>
      </w:r>
      <w:r w:rsidR="005B1733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disasters, supporting agriculture</w:t>
      </w:r>
      <w:r w:rsidR="005B1733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are only some of the areas of</w:t>
      </w:r>
      <w:r w:rsidR="005B1733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growing interest for our health and</w:t>
      </w:r>
      <w:r w:rsidR="005B1733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well-being. CERN’s expertise and</w:t>
      </w:r>
      <w:r w:rsidR="005B1733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technologies contribute to advances in</w:t>
      </w:r>
      <w:r w:rsidR="005B1733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environmental monitoring and Earth</w:t>
      </w:r>
      <w:r w:rsidR="005B1733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observation, which play an essential</w:t>
      </w:r>
      <w:r w:rsidR="005B1733">
        <w:rPr>
          <w:color w:val="000000" w:themeColor="text1"/>
        </w:rPr>
        <w:t xml:space="preserve"> </w:t>
      </w:r>
      <w:r w:rsidRPr="00CE55D0">
        <w:rPr>
          <w:color w:val="000000" w:themeColor="text1"/>
        </w:rPr>
        <w:t>role in this context.</w:t>
      </w:r>
    </w:p>
    <w:p w14:paraId="46086EE9" w14:textId="77777777" w:rsidR="001210FE" w:rsidRDefault="00000000" w:rsidP="005B1733">
      <w:pPr>
        <w:pStyle w:val="Titre1"/>
      </w:pPr>
      <w:r>
        <w:t>Technologies to support space missions</w:t>
      </w:r>
    </w:p>
    <w:p w14:paraId="5BADA9F9" w14:textId="70A91E63" w:rsidR="001210FE" w:rsidRDefault="00000000" w:rsidP="005B1733">
      <w:pPr>
        <w:pStyle w:val="Titre2"/>
      </w:pPr>
      <w:r>
        <w:t>Predicting radiation damage</w:t>
      </w:r>
      <w:r w:rsidR="009746F9">
        <w:t xml:space="preserve"> </w:t>
      </w:r>
      <w:r>
        <w:t>for more reliable spacecraft</w:t>
      </w:r>
    </w:p>
    <w:p w14:paraId="30222797" w14:textId="77777777" w:rsidR="005B1733" w:rsidRPr="005B1733" w:rsidRDefault="005B1733" w:rsidP="005B1733"/>
    <w:p w14:paraId="23088493" w14:textId="3B1BD01C" w:rsidR="001210FE" w:rsidRDefault="00000000" w:rsidP="005B1733">
      <w:r>
        <w:t>In space, as in the Large Hadron Collider</w:t>
      </w:r>
      <w:r w:rsidR="005B1733">
        <w:t xml:space="preserve"> </w:t>
      </w:r>
      <w:r>
        <w:t>(LHC), radiation can damage electronic</w:t>
      </w:r>
      <w:r w:rsidR="005B1733">
        <w:t xml:space="preserve"> </w:t>
      </w:r>
      <w:r>
        <w:t>components and cause malfunctions.</w:t>
      </w:r>
      <w:r w:rsidR="005B1733">
        <w:t xml:space="preserve"> </w:t>
      </w:r>
      <w:r>
        <w:t>CERN has developed a device to</w:t>
      </w:r>
      <w:r w:rsidR="005B1733">
        <w:t xml:space="preserve"> </w:t>
      </w:r>
      <w:r>
        <w:t>measure complex radiation fields and</w:t>
      </w:r>
      <w:r w:rsidR="005B1733">
        <w:t xml:space="preserve"> </w:t>
      </w:r>
      <w:r>
        <w:t>their impact on electronics within the</w:t>
      </w:r>
      <w:r w:rsidR="005B1733">
        <w:t xml:space="preserve"> </w:t>
      </w:r>
      <w:r>
        <w:t>challenging radiation environment of</w:t>
      </w:r>
      <w:r w:rsidR="005B1733">
        <w:t xml:space="preserve"> </w:t>
      </w:r>
      <w:r>
        <w:t>the LHC. To determine its suitability for</w:t>
      </w:r>
      <w:r w:rsidR="005B1733">
        <w:t xml:space="preserve"> </w:t>
      </w:r>
      <w:r>
        <w:t>space applications, a miniature version</w:t>
      </w:r>
      <w:r w:rsidR="005B1733">
        <w:t xml:space="preserve"> </w:t>
      </w:r>
      <w:r>
        <w:t>of the device was installed on board the</w:t>
      </w:r>
      <w:r w:rsidR="005B1733">
        <w:t xml:space="preserve"> </w:t>
      </w:r>
      <w:r>
        <w:t>CELESTA microsatellite, the result of</w:t>
      </w:r>
      <w:r w:rsidR="005B1733">
        <w:t xml:space="preserve"> </w:t>
      </w:r>
      <w:r>
        <w:t>CERN’s partnership with the University of</w:t>
      </w:r>
      <w:r w:rsidR="005B1733">
        <w:t xml:space="preserve"> </w:t>
      </w:r>
      <w:r>
        <w:t>Montpellier. In July 2022, the European</w:t>
      </w:r>
      <w:r w:rsidR="005B1733">
        <w:t xml:space="preserve"> </w:t>
      </w:r>
      <w:r>
        <w:t>Space Agency (ESA) sent the satellite into</w:t>
      </w:r>
      <w:r w:rsidR="005B1733">
        <w:t xml:space="preserve"> </w:t>
      </w:r>
      <w:r>
        <w:t>a 6,000 km orbit around Earth. Prior to</w:t>
      </w:r>
      <w:r w:rsidR="005B1733">
        <w:t xml:space="preserve"> </w:t>
      </w:r>
      <w:r>
        <w:t>the mission, a model of the microsatellite</w:t>
      </w:r>
      <w:r w:rsidR="005B1733">
        <w:t xml:space="preserve"> </w:t>
      </w:r>
      <w:r>
        <w:t>was tested at a one-of-a-kind CERN</w:t>
      </w:r>
      <w:r w:rsidR="005B1733">
        <w:t xml:space="preserve"> </w:t>
      </w:r>
      <w:r>
        <w:t>installation, originally designed for</w:t>
      </w:r>
      <w:r w:rsidR="005B1733">
        <w:t xml:space="preserve"> </w:t>
      </w:r>
      <w:r>
        <w:t>radiation testing of CERN’s electronic</w:t>
      </w:r>
      <w:r w:rsidR="005B1733">
        <w:t xml:space="preserve"> </w:t>
      </w:r>
      <w:r>
        <w:t>equipment. Data from CELESTA</w:t>
      </w:r>
      <w:r w:rsidR="005B1733">
        <w:t xml:space="preserve"> </w:t>
      </w:r>
      <w:r>
        <w:t>indicate that the installation can indeed</w:t>
      </w:r>
      <w:r w:rsidR="005B1733">
        <w:t xml:space="preserve"> </w:t>
      </w:r>
      <w:r>
        <w:t>replicate the low-Earth orbit radiation</w:t>
      </w:r>
      <w:r w:rsidR="005B1733">
        <w:t xml:space="preserve"> </w:t>
      </w:r>
      <w:r>
        <w:t>environment, making</w:t>
      </w:r>
      <w:r w:rsidR="005B1733">
        <w:t xml:space="preserve"> </w:t>
      </w:r>
      <w:r>
        <w:t>it suitable for testing</w:t>
      </w:r>
      <w:r w:rsidR="005B1733">
        <w:t xml:space="preserve"> </w:t>
      </w:r>
      <w:r>
        <w:t>components and systems intended</w:t>
      </w:r>
      <w:r w:rsidR="005B1733">
        <w:t xml:space="preserve"> </w:t>
      </w:r>
      <w:r>
        <w:t>for space applications. In fact, CERN</w:t>
      </w:r>
      <w:r w:rsidR="005B1733">
        <w:t xml:space="preserve"> </w:t>
      </w:r>
      <w:r>
        <w:t>possesses several unique facilities that</w:t>
      </w:r>
      <w:r w:rsidR="005B1733">
        <w:t xml:space="preserve"> </w:t>
      </w:r>
      <w:r>
        <w:t>can reproduce the most extreme radiation</w:t>
      </w:r>
      <w:r w:rsidR="005B1733">
        <w:t xml:space="preserve"> </w:t>
      </w:r>
      <w:r>
        <w:t>or thermal conditions in space. Critical</w:t>
      </w:r>
      <w:r w:rsidR="005B1733">
        <w:t xml:space="preserve"> </w:t>
      </w:r>
      <w:r>
        <w:t>components of ESA’s Jupiter Icy Moons</w:t>
      </w:r>
      <w:r w:rsidR="005B1733">
        <w:t xml:space="preserve"> </w:t>
      </w:r>
      <w:r>
        <w:t xml:space="preserve">Explorer </w:t>
      </w:r>
      <w:r>
        <w:lastRenderedPageBreak/>
        <w:t>(Juice), launched in 2023, were</w:t>
      </w:r>
      <w:r w:rsidR="005B1733">
        <w:t xml:space="preserve"> </w:t>
      </w:r>
      <w:r>
        <w:t>tested at CERN, in the only installation</w:t>
      </w:r>
      <w:r w:rsidR="005B1733">
        <w:t xml:space="preserve"> </w:t>
      </w:r>
      <w:r>
        <w:t>on Earth capable of replicating Jupiter’s</w:t>
      </w:r>
      <w:r w:rsidR="005B1733">
        <w:t xml:space="preserve"> </w:t>
      </w:r>
      <w:r>
        <w:t>harsh radiative environment. These tests</w:t>
      </w:r>
      <w:r w:rsidR="005B1733">
        <w:t xml:space="preserve"> </w:t>
      </w:r>
      <w:r>
        <w:t xml:space="preserve">helped </w:t>
      </w:r>
      <w:proofErr w:type="spellStart"/>
      <w:r>
        <w:t>optimise</w:t>
      </w:r>
      <w:proofErr w:type="spellEnd"/>
      <w:r>
        <w:t xml:space="preserve"> the spacecraft’s design.</w:t>
      </w:r>
    </w:p>
    <w:p w14:paraId="695D1370" w14:textId="35F86723" w:rsidR="001210FE" w:rsidRDefault="00000000" w:rsidP="006A31BD">
      <w:pPr>
        <w:pStyle w:val="Titre2"/>
      </w:pPr>
      <w:r>
        <w:t>Assessing radiation exposure</w:t>
      </w:r>
      <w:r w:rsidR="00590F6F">
        <w:t xml:space="preserve"> </w:t>
      </w:r>
      <w:r>
        <w:t>to protect space crews</w:t>
      </w:r>
    </w:p>
    <w:p w14:paraId="23BB4D20" w14:textId="77777777" w:rsidR="005B1733" w:rsidRDefault="005B1733"/>
    <w:p w14:paraId="326AC859" w14:textId="2DE96E8D" w:rsidR="001210FE" w:rsidRPr="0005701D" w:rsidRDefault="00000000" w:rsidP="0005701D">
      <w:r>
        <w:t>The potential impact of space radiation</w:t>
      </w:r>
      <w:r w:rsidR="005B1733">
        <w:t xml:space="preserve"> </w:t>
      </w:r>
      <w:r>
        <w:t>is a critical hazard for crewed missions</w:t>
      </w:r>
      <w:r w:rsidR="005B1733">
        <w:t xml:space="preserve"> </w:t>
      </w:r>
      <w:r>
        <w:t>to the Moon and beyond. Since 2012,</w:t>
      </w:r>
      <w:r w:rsidR="005B1733">
        <w:t xml:space="preserve"> </w:t>
      </w:r>
      <w:r>
        <w:t>NASA has been developing systems</w:t>
      </w:r>
      <w:r w:rsidR="005B1733">
        <w:t xml:space="preserve"> </w:t>
      </w:r>
      <w:r>
        <w:t xml:space="preserve">based on the CERN-born </w:t>
      </w:r>
      <w:proofErr w:type="spellStart"/>
      <w:r>
        <w:t>Timepix</w:t>
      </w:r>
      <w:proofErr w:type="spellEnd"/>
      <w:r w:rsidR="005B1733">
        <w:t xml:space="preserve"> </w:t>
      </w:r>
      <w:r>
        <w:t>detectors to monitor the radiation</w:t>
      </w:r>
      <w:r w:rsidR="005B1733">
        <w:t xml:space="preserve"> </w:t>
      </w:r>
      <w:r>
        <w:t>environment on the International Space</w:t>
      </w:r>
      <w:r w:rsidR="005B1733">
        <w:t xml:space="preserve"> </w:t>
      </w:r>
      <w:r>
        <w:t>Station and to support various missions.</w:t>
      </w:r>
      <w:r w:rsidR="005B1733">
        <w:t xml:space="preserve"> </w:t>
      </w:r>
      <w:r>
        <w:t xml:space="preserve">In 2022, the </w:t>
      </w:r>
      <w:proofErr w:type="spellStart"/>
      <w:r>
        <w:t>Timepix</w:t>
      </w:r>
      <w:proofErr w:type="spellEnd"/>
      <w:r>
        <w:t xml:space="preserve"> detectors ventured</w:t>
      </w:r>
      <w:r w:rsidR="005B1733">
        <w:t xml:space="preserve"> </w:t>
      </w:r>
      <w:r>
        <w:t>around the moon as part of the first</w:t>
      </w:r>
      <w:r w:rsidR="005B1733">
        <w:t xml:space="preserve"> </w:t>
      </w:r>
      <w:r>
        <w:t>flight in NASA’s new lunar exploration</w:t>
      </w:r>
      <w:r w:rsidR="005B1733">
        <w:t xml:space="preserve"> </w:t>
      </w:r>
      <w:proofErr w:type="spellStart"/>
      <w:r>
        <w:t>programme</w:t>
      </w:r>
      <w:proofErr w:type="spellEnd"/>
      <w:r>
        <w:t xml:space="preserve"> and are now heading into</w:t>
      </w:r>
      <w:r w:rsidR="005B1733">
        <w:t xml:space="preserve"> </w:t>
      </w:r>
      <w:r>
        <w:t>deep space onboard an astrobiology</w:t>
      </w:r>
      <w:r w:rsidR="005B1733">
        <w:t xml:space="preserve"> </w:t>
      </w:r>
      <w:r>
        <w:t>mission aimed at studying the impact of</w:t>
      </w:r>
      <w:r w:rsidR="005B1733">
        <w:t xml:space="preserve"> </w:t>
      </w:r>
      <w:r>
        <w:t>radiation on living cells.</w:t>
      </w:r>
      <w:r w:rsidR="005B1733">
        <w:t xml:space="preserve"> </w:t>
      </w:r>
      <w:r>
        <w:t>In 2021, an experiment using active</w:t>
      </w:r>
      <w:r w:rsidR="005B1733">
        <w:t xml:space="preserve"> </w:t>
      </w:r>
      <w:r>
        <w:t>dosimeters made of two several-</w:t>
      </w:r>
      <w:r w:rsidR="005B1733">
        <w:t xml:space="preserve"> </w:t>
      </w:r>
      <w:proofErr w:type="spellStart"/>
      <w:r>
        <w:t>kilometre</w:t>
      </w:r>
      <w:proofErr w:type="spellEnd"/>
      <w:r>
        <w:t xml:space="preserve">- long optical </w:t>
      </w:r>
      <w:proofErr w:type="spellStart"/>
      <w:r>
        <w:t>fibres</w:t>
      </w:r>
      <w:proofErr w:type="spellEnd"/>
      <w:r>
        <w:t xml:space="preserve"> was</w:t>
      </w:r>
      <w:r w:rsidR="005B1733">
        <w:t xml:space="preserve"> </w:t>
      </w:r>
      <w:r>
        <w:t>activated on the International Space</w:t>
      </w:r>
      <w:r w:rsidR="005B1733">
        <w:t xml:space="preserve"> </w:t>
      </w:r>
      <w:r>
        <w:t>Station by ESA astronaut Thomas</w:t>
      </w:r>
      <w:r w:rsidR="005B1733">
        <w:t xml:space="preserve"> </w:t>
      </w:r>
      <w:r>
        <w:t>Pesquet to determine the amount of</w:t>
      </w:r>
      <w:r w:rsidR="005B1733">
        <w:t xml:space="preserve"> </w:t>
      </w:r>
      <w:r>
        <w:t>radiation that astronauts and electronics</w:t>
      </w:r>
      <w:r w:rsidR="005B1733">
        <w:t xml:space="preserve"> </w:t>
      </w:r>
      <w:r>
        <w:t>are exposed to. Irradiation tests were</w:t>
      </w:r>
      <w:r w:rsidR="005B1733">
        <w:t xml:space="preserve"> </w:t>
      </w:r>
      <w:r>
        <w:t>part of CERN’s contribution to this</w:t>
      </w:r>
      <w:r w:rsidR="005B1733">
        <w:t xml:space="preserve"> </w:t>
      </w:r>
      <w:r>
        <w:t>dosimetry experiment developed under</w:t>
      </w:r>
      <w:r w:rsidR="005B1733">
        <w:t xml:space="preserve"> </w:t>
      </w:r>
      <w:r>
        <w:t>the coordination of the French Space</w:t>
      </w:r>
      <w:r w:rsidR="005B1733">
        <w:t xml:space="preserve"> </w:t>
      </w:r>
      <w:r>
        <w:t>Agency, CNES, and with the involvement</w:t>
      </w:r>
      <w:r w:rsidR="005B1733">
        <w:t xml:space="preserve"> </w:t>
      </w:r>
      <w:r>
        <w:t xml:space="preserve">of the </w:t>
      </w:r>
      <w:proofErr w:type="spellStart"/>
      <w:r>
        <w:t>Laboratoire</w:t>
      </w:r>
      <w:proofErr w:type="spellEnd"/>
      <w:r>
        <w:t xml:space="preserve"> Hubert </w:t>
      </w:r>
      <w:proofErr w:type="spellStart"/>
      <w:r>
        <w:t>Curien</w:t>
      </w:r>
      <w:proofErr w:type="spellEnd"/>
      <w:r>
        <w:t xml:space="preserve"> at the</w:t>
      </w:r>
      <w:r w:rsidR="005B1733">
        <w:t xml:space="preserve"> </w:t>
      </w:r>
      <w:r>
        <w:t>Université Jean-Monnet-Saint-Étienne</w:t>
      </w:r>
      <w:r w:rsidR="0005701D">
        <w:t xml:space="preserve"> </w:t>
      </w:r>
      <w:r w:rsidRPr="0005701D">
        <w:t xml:space="preserve">and </w:t>
      </w:r>
      <w:proofErr w:type="spellStart"/>
      <w:r w:rsidRPr="0005701D">
        <w:t>iXblue</w:t>
      </w:r>
      <w:proofErr w:type="spellEnd"/>
      <w:r w:rsidRPr="0005701D">
        <w:t>.</w:t>
      </w:r>
    </w:p>
    <w:p w14:paraId="3FF4774F" w14:textId="36A22A6C" w:rsidR="001210FE" w:rsidRPr="009746F9" w:rsidRDefault="00000000" w:rsidP="0005701D">
      <w:pPr>
        <w:pStyle w:val="Titre5"/>
        <w:shd w:val="clear" w:color="auto" w:fill="FFFFFF" w:themeFill="background1"/>
        <w:rPr>
          <w:color w:val="000000" w:themeColor="text1"/>
        </w:rPr>
      </w:pPr>
      <w:r w:rsidRPr="009746F9">
        <w:rPr>
          <w:color w:val="000000" w:themeColor="text1"/>
        </w:rPr>
        <w:t>Space radiation represents a real</w:t>
      </w:r>
      <w:r w:rsidR="0005701D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>hazard for astronauts who leave</w:t>
      </w:r>
      <w:r w:rsidR="0005701D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>the protection of Earth’s magnetic</w:t>
      </w:r>
      <w:r w:rsidR="0005701D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>field. Galactic cosmic radiation and</w:t>
      </w:r>
      <w:r w:rsidR="0005701D" w:rsidRPr="009746F9">
        <w:rPr>
          <w:color w:val="000000" w:themeColor="text1"/>
        </w:rPr>
        <w:t xml:space="preserve"> </w:t>
      </w:r>
      <w:proofErr w:type="spellStart"/>
      <w:r w:rsidRPr="009746F9">
        <w:rPr>
          <w:color w:val="000000" w:themeColor="text1"/>
        </w:rPr>
        <w:t>olar</w:t>
      </w:r>
      <w:proofErr w:type="spellEnd"/>
      <w:r w:rsidRPr="009746F9">
        <w:rPr>
          <w:color w:val="000000" w:themeColor="text1"/>
        </w:rPr>
        <w:t xml:space="preserve"> flares can also have severe</w:t>
      </w:r>
      <w:r w:rsidR="0005701D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>consequences on a spacecraft’s</w:t>
      </w:r>
      <w:r w:rsidR="0005701D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>integrity, as they can damage or even</w:t>
      </w:r>
      <w:r w:rsidR="0005701D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>destroy its electronics. With a growing</w:t>
      </w:r>
      <w:r w:rsidR="0005701D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>space sector and economy, and plans</w:t>
      </w:r>
      <w:r w:rsidR="0005701D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>for crewed spaceflights to the Moon</w:t>
      </w:r>
      <w:r w:rsidR="0005701D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>and beyond, radiation safety is of</w:t>
      </w:r>
      <w:r w:rsidR="0005701D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>increasing importance: it is also a</w:t>
      </w:r>
      <w:r w:rsidR="0005701D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 xml:space="preserve">domain in which CERN </w:t>
      </w:r>
      <w:proofErr w:type="gramStart"/>
      <w:r w:rsidRPr="009746F9">
        <w:rPr>
          <w:color w:val="000000" w:themeColor="text1"/>
        </w:rPr>
        <w:t>possesses</w:t>
      </w:r>
      <w:r w:rsidR="0005701D" w:rsidRPr="009746F9">
        <w:rPr>
          <w:color w:val="000000" w:themeColor="text1"/>
        </w:rPr>
        <w:t xml:space="preserve"> </w:t>
      </w:r>
      <w:r w:rsidR="009746F9" w:rsidRPr="009746F9">
        <w:rPr>
          <w:color w:val="000000" w:themeColor="text1"/>
        </w:rPr>
        <w:t xml:space="preserve"> </w:t>
      </w:r>
      <w:r w:rsidRPr="009746F9">
        <w:rPr>
          <w:color w:val="000000" w:themeColor="text1"/>
        </w:rPr>
        <w:t>remarkable</w:t>
      </w:r>
      <w:proofErr w:type="gramEnd"/>
      <w:r w:rsidRPr="009746F9">
        <w:rPr>
          <w:color w:val="000000" w:themeColor="text1"/>
        </w:rPr>
        <w:t xml:space="preserve"> expertise.</w:t>
      </w:r>
    </w:p>
    <w:p w14:paraId="2091E612" w14:textId="77777777" w:rsidR="001210FE" w:rsidRDefault="00000000" w:rsidP="006A31BD">
      <w:pPr>
        <w:pStyle w:val="Titre1"/>
      </w:pPr>
      <w:r>
        <w:t>Technologies keeping us safe</w:t>
      </w:r>
    </w:p>
    <w:p w14:paraId="1F2D2C36" w14:textId="493D618E" w:rsidR="001210FE" w:rsidRDefault="00000000" w:rsidP="006A31BD">
      <w:pPr>
        <w:pStyle w:val="Titre2"/>
      </w:pPr>
      <w:r>
        <w:t>Quantum physics to</w:t>
      </w:r>
      <w:r w:rsidR="00590F6F">
        <w:t xml:space="preserve"> </w:t>
      </w:r>
      <w:r>
        <w:t>prevent identity theft</w:t>
      </w:r>
    </w:p>
    <w:p w14:paraId="23791B1A" w14:textId="77777777" w:rsidR="0005701D" w:rsidRPr="0005701D" w:rsidRDefault="0005701D" w:rsidP="0005701D"/>
    <w:p w14:paraId="4755F19B" w14:textId="5D413355" w:rsidR="001210FE" w:rsidRDefault="00000000">
      <w:r>
        <w:t>The security of personal identification</w:t>
      </w:r>
      <w:r w:rsidR="0005701D">
        <w:t xml:space="preserve"> </w:t>
      </w:r>
      <w:r>
        <w:t>documents, such as passports and</w:t>
      </w:r>
      <w:r w:rsidR="0005701D">
        <w:t xml:space="preserve"> </w:t>
      </w:r>
      <w:r>
        <w:t xml:space="preserve">drivers’ </w:t>
      </w:r>
      <w:proofErr w:type="spellStart"/>
      <w:r>
        <w:t>licences</w:t>
      </w:r>
      <w:proofErr w:type="spellEnd"/>
      <w:r>
        <w:t>, is essential both online</w:t>
      </w:r>
      <w:r w:rsidR="0005701D">
        <w:t xml:space="preserve"> </w:t>
      </w:r>
      <w:r>
        <w:t>and in the real world. Cryptography, the</w:t>
      </w:r>
      <w:r w:rsidR="0005701D">
        <w:t xml:space="preserve"> </w:t>
      </w:r>
      <w:r>
        <w:t>art of using codes to keep</w:t>
      </w:r>
      <w:r w:rsidR="0005701D">
        <w:t xml:space="preserve"> </w:t>
      </w:r>
      <w:r>
        <w:t>information</w:t>
      </w:r>
      <w:r w:rsidR="0005701D">
        <w:t xml:space="preserve"> </w:t>
      </w:r>
      <w:r>
        <w:t>secure, is a useful tool to prevent identity</w:t>
      </w:r>
      <w:r w:rsidR="0005701D">
        <w:t xml:space="preserve"> </w:t>
      </w:r>
      <w:r>
        <w:t>theft, but it must continuously evolve to</w:t>
      </w:r>
      <w:r w:rsidR="0005701D">
        <w:t xml:space="preserve"> </w:t>
      </w:r>
      <w:r>
        <w:t>stay ahead of potential threats.</w:t>
      </w:r>
      <w:r w:rsidR="0005701D">
        <w:t xml:space="preserve"> </w:t>
      </w:r>
      <w:r>
        <w:t>The future of secure identity management</w:t>
      </w:r>
      <w:r w:rsidR="0005701D">
        <w:t xml:space="preserve"> </w:t>
      </w:r>
      <w:r>
        <w:t>and cryptography might lie in quantum</w:t>
      </w:r>
      <w:r w:rsidR="0005701D">
        <w:t xml:space="preserve"> </w:t>
      </w:r>
      <w:r>
        <w:t>physics phenomena: for example,</w:t>
      </w:r>
      <w:r w:rsidR="0005701D">
        <w:t xml:space="preserve"> </w:t>
      </w:r>
      <w:r>
        <w:t>particles can remain entangled even when</w:t>
      </w:r>
      <w:r w:rsidR="0005701D">
        <w:t xml:space="preserve"> </w:t>
      </w:r>
      <w:r>
        <w:t>they are vast distances away.</w:t>
      </w:r>
      <w:r w:rsidR="0005701D">
        <w:t xml:space="preserve"> </w:t>
      </w:r>
      <w:r>
        <w:t>Cryptographers and mathematicians from</w:t>
      </w:r>
      <w:r w:rsidR="0005701D">
        <w:t xml:space="preserve"> </w:t>
      </w:r>
      <w:r>
        <w:t xml:space="preserve">the </w:t>
      </w:r>
      <w:proofErr w:type="spellStart"/>
      <w:r>
        <w:t>Bundesdruckerei</w:t>
      </w:r>
      <w:proofErr w:type="spellEnd"/>
      <w:r>
        <w:t xml:space="preserve"> Group (BDR), which</w:t>
      </w:r>
      <w:r w:rsidR="0005701D">
        <w:t xml:space="preserve"> </w:t>
      </w:r>
      <w:r>
        <w:t>develops secure identity solutions, are</w:t>
      </w:r>
      <w:r w:rsidR="0005701D">
        <w:t xml:space="preserve"> </w:t>
      </w:r>
      <w:r>
        <w:t>collaborating with physicists, material</w:t>
      </w:r>
      <w:r w:rsidR="0005701D">
        <w:t xml:space="preserve"> </w:t>
      </w:r>
      <w:r>
        <w:t>experts, and antimatter scientists from</w:t>
      </w:r>
      <w:r w:rsidR="0005701D">
        <w:t xml:space="preserve"> </w:t>
      </w:r>
      <w:r>
        <w:t>CERN to identify cryptography techniques</w:t>
      </w:r>
      <w:r w:rsidR="0005701D">
        <w:t xml:space="preserve"> </w:t>
      </w:r>
      <w:r>
        <w:t>that will keep information secure in 10 or</w:t>
      </w:r>
      <w:r w:rsidR="0005701D">
        <w:t xml:space="preserve"> </w:t>
      </w:r>
      <w:r>
        <w:t xml:space="preserve">20 years from </w:t>
      </w:r>
      <w:r>
        <w:lastRenderedPageBreak/>
        <w:t xml:space="preserve">now. One </w:t>
      </w:r>
      <w:proofErr w:type="spellStart"/>
      <w:proofErr w:type="gramStart"/>
      <w:r>
        <w:t>day,cryptographic</w:t>
      </w:r>
      <w:proofErr w:type="spellEnd"/>
      <w:proofErr w:type="gramEnd"/>
      <w:r w:rsidR="0005701D">
        <w:t xml:space="preserve"> </w:t>
      </w:r>
      <w:r>
        <w:t>keys could be generated by methods</w:t>
      </w:r>
      <w:r w:rsidR="0005701D">
        <w:t xml:space="preserve"> </w:t>
      </w:r>
      <w:r>
        <w:t>based on the principle of quantum</w:t>
      </w:r>
      <w:r w:rsidR="0005701D">
        <w:t xml:space="preserve"> </w:t>
      </w:r>
      <w:r>
        <w:t>entanglement.</w:t>
      </w:r>
    </w:p>
    <w:p w14:paraId="16FFFB4E" w14:textId="42C91075" w:rsidR="001210FE" w:rsidRDefault="00000000" w:rsidP="006A31BD">
      <w:pPr>
        <w:pStyle w:val="Titre2"/>
      </w:pPr>
      <w:r>
        <w:t>Improved data science for</w:t>
      </w:r>
      <w:r w:rsidR="00590F6F">
        <w:t xml:space="preserve"> </w:t>
      </w:r>
      <w:r>
        <w:t>better market surveillance</w:t>
      </w:r>
    </w:p>
    <w:p w14:paraId="27818E2A" w14:textId="77777777" w:rsidR="0005701D" w:rsidRPr="0005701D" w:rsidRDefault="0005701D" w:rsidP="0005701D"/>
    <w:p w14:paraId="7D8AE38F" w14:textId="7B827E9D" w:rsidR="001210FE" w:rsidRDefault="00000000">
      <w:r>
        <w:t>The days of financial traders jostling on</w:t>
      </w:r>
      <w:r w:rsidR="0005701D">
        <w:t xml:space="preserve"> </w:t>
      </w:r>
      <w:r>
        <w:t>the trading room floor with phones in</w:t>
      </w:r>
      <w:r w:rsidR="0005701D">
        <w:t xml:space="preserve"> </w:t>
      </w:r>
      <w:r>
        <w:t>hand are over: today, they use algorithms</w:t>
      </w:r>
      <w:r w:rsidR="0005701D">
        <w:t xml:space="preserve"> </w:t>
      </w:r>
      <w:r>
        <w:t>and machine learning systems that can</w:t>
      </w:r>
      <w:r w:rsidR="0005701D">
        <w:t xml:space="preserve"> </w:t>
      </w:r>
      <w:r>
        <w:t>react faster and anticipate fluctuations</w:t>
      </w:r>
      <w:r w:rsidR="0005701D">
        <w:t xml:space="preserve"> </w:t>
      </w:r>
      <w:r>
        <w:t>more accurately than humans.</w:t>
      </w:r>
      <w:r w:rsidR="0005701D">
        <w:t xml:space="preserve"> </w:t>
      </w:r>
      <w:r>
        <w:t>As the technology has become more</w:t>
      </w:r>
      <w:r w:rsidR="0005701D">
        <w:t xml:space="preserve"> </w:t>
      </w:r>
      <w:r>
        <w:t>sophisticated, so has the manipulation of</w:t>
      </w:r>
      <w:r w:rsidR="0005701D">
        <w:t xml:space="preserve"> </w:t>
      </w:r>
      <w:r>
        <w:t xml:space="preserve">it. Fraud or malpractice </w:t>
      </w:r>
      <w:proofErr w:type="gramStart"/>
      <w:r>
        <w:t>are</w:t>
      </w:r>
      <w:proofErr w:type="gramEnd"/>
      <w:r>
        <w:t xml:space="preserve"> increasingly</w:t>
      </w:r>
      <w:r w:rsidR="0005701D">
        <w:t xml:space="preserve"> </w:t>
      </w:r>
      <w:r>
        <w:t>difficult to detect at the scale of the high-</w:t>
      </w:r>
      <w:r w:rsidR="0005701D">
        <w:t xml:space="preserve"> </w:t>
      </w:r>
      <w:r>
        <w:t>speed transactions on commodity futures</w:t>
      </w:r>
      <w:r w:rsidR="0005701D">
        <w:t xml:space="preserve"> </w:t>
      </w:r>
      <w:r>
        <w:t>markets, in which multiple orders per nanosecond are placed.</w:t>
      </w:r>
      <w:r w:rsidR="0005701D">
        <w:t xml:space="preserve"> </w:t>
      </w:r>
      <w:r>
        <w:t>Financial detectives look for anomalies</w:t>
      </w:r>
      <w:r w:rsidR="0005701D">
        <w:t xml:space="preserve"> </w:t>
      </w:r>
      <w:r>
        <w:t>in the transactions, as these might be</w:t>
      </w:r>
      <w:r w:rsidR="0005701D">
        <w:t xml:space="preserve"> </w:t>
      </w:r>
      <w:proofErr w:type="spellStart"/>
      <w:r>
        <w:t>signalling</w:t>
      </w:r>
      <w:proofErr w:type="spellEnd"/>
      <w:r>
        <w:t xml:space="preserve"> fraud. Similarly, physicists</w:t>
      </w:r>
      <w:r w:rsidR="0005701D">
        <w:t xml:space="preserve"> </w:t>
      </w:r>
      <w:r>
        <w:t>search for “unusual” particle collisions</w:t>
      </w:r>
      <w:r w:rsidR="0005701D">
        <w:t xml:space="preserve"> </w:t>
      </w:r>
      <w:r>
        <w:t>among the one billion per second</w:t>
      </w:r>
      <w:r w:rsidR="0005701D">
        <w:t xml:space="preserve"> </w:t>
      </w:r>
      <w:r>
        <w:t>generated by the Large Hadron</w:t>
      </w:r>
      <w:r w:rsidR="0005701D">
        <w:t xml:space="preserve"> </w:t>
      </w:r>
      <w:r>
        <w:t>Collider (LHC). CERN, the Commodity</w:t>
      </w:r>
      <w:r w:rsidR="0005701D">
        <w:t xml:space="preserve"> </w:t>
      </w:r>
      <w:r>
        <w:t>Risk Management Expertise Center</w:t>
      </w:r>
      <w:r w:rsidR="0005701D">
        <w:t xml:space="preserve"> </w:t>
      </w:r>
      <w:r>
        <w:t>(CORMEC), and Wageningen University</w:t>
      </w:r>
      <w:r w:rsidR="0005701D">
        <w:t xml:space="preserve"> </w:t>
      </w:r>
      <w:r>
        <w:t>&amp; Research are jointly creating new</w:t>
      </w:r>
      <w:r w:rsidR="0005701D">
        <w:t xml:space="preserve"> </w:t>
      </w:r>
      <w:r>
        <w:t>methods to enable governments and</w:t>
      </w:r>
      <w:r w:rsidR="0005701D">
        <w:t xml:space="preserve"> </w:t>
      </w:r>
      <w:r>
        <w:t>financial regulators to spot irregularities</w:t>
      </w:r>
      <w:r w:rsidR="0005701D">
        <w:t xml:space="preserve"> </w:t>
      </w:r>
      <w:r>
        <w:t>in an ever-more complex landscape, thus</w:t>
      </w:r>
      <w:r w:rsidR="0005701D">
        <w:t xml:space="preserve"> </w:t>
      </w:r>
      <w:r>
        <w:t>contributing to protect the integrity of the</w:t>
      </w:r>
      <w:r w:rsidR="0005701D">
        <w:t xml:space="preserve"> </w:t>
      </w:r>
      <w:r>
        <w:t>financial markets.</w:t>
      </w:r>
    </w:p>
    <w:p w14:paraId="08500B8E" w14:textId="4B9D4E0A" w:rsidR="001210FE" w:rsidRDefault="00000000" w:rsidP="006A31BD">
      <w:pPr>
        <w:pStyle w:val="Titre2"/>
      </w:pPr>
      <w:r>
        <w:t>Reducing the risk of impact</w:t>
      </w:r>
      <w:r w:rsidR="00590F6F">
        <w:t xml:space="preserve"> </w:t>
      </w:r>
      <w:r>
        <w:t>for safer autonomous navigation</w:t>
      </w:r>
    </w:p>
    <w:p w14:paraId="3525173D" w14:textId="77777777" w:rsidR="0005701D" w:rsidRPr="0005701D" w:rsidRDefault="0005701D" w:rsidP="0005701D"/>
    <w:p w14:paraId="6E967042" w14:textId="33EC5265" w:rsidR="001210FE" w:rsidRDefault="00000000">
      <w:r>
        <w:t>Autonomous or self-driving cars require</w:t>
      </w:r>
      <w:r w:rsidR="0005701D">
        <w:t xml:space="preserve"> </w:t>
      </w:r>
      <w:r>
        <w:t>elaborate algorithms to manage and</w:t>
      </w:r>
      <w:r w:rsidR="0005701D">
        <w:t xml:space="preserve"> </w:t>
      </w:r>
      <w:r>
        <w:t>process the data from the numerous</w:t>
      </w:r>
      <w:r w:rsidR="0005701D">
        <w:t xml:space="preserve"> </w:t>
      </w:r>
      <w:r>
        <w:t>sensors on the vehicle. These algorithms</w:t>
      </w:r>
      <w:r w:rsidR="0005701D">
        <w:t xml:space="preserve"> </w:t>
      </w:r>
      <w:r>
        <w:t>must think quickly, take the right</w:t>
      </w:r>
      <w:r w:rsidR="0005701D">
        <w:t xml:space="preserve"> </w:t>
      </w:r>
      <w:r>
        <w:t>decisions, and correctly interpret the</w:t>
      </w:r>
      <w:r w:rsidR="0005701D">
        <w:t xml:space="preserve"> </w:t>
      </w:r>
      <w:r>
        <w:t>vehicle’s surroundings.</w:t>
      </w:r>
      <w:r w:rsidR="0005701D">
        <w:t xml:space="preserve"> </w:t>
      </w:r>
      <w:r>
        <w:t>To handle the billions of collisions per</w:t>
      </w:r>
      <w:r w:rsidR="0005701D">
        <w:t xml:space="preserve"> </w:t>
      </w:r>
      <w:r>
        <w:t>second in the LHC detectors, scientists</w:t>
      </w:r>
      <w:r w:rsidR="0005701D">
        <w:t xml:space="preserve"> </w:t>
      </w:r>
      <w:r>
        <w:t>at CERN also require decision-making</w:t>
      </w:r>
      <w:r w:rsidR="0005701D">
        <w:t xml:space="preserve"> </w:t>
      </w:r>
      <w:r>
        <w:t>systems that act fast, while retaining accuracy.</w:t>
      </w:r>
      <w:r w:rsidR="0005701D">
        <w:t xml:space="preserve"> </w:t>
      </w:r>
      <w:r>
        <w:t xml:space="preserve">CERN and car-safety company </w:t>
      </w:r>
      <w:proofErr w:type="spellStart"/>
      <w:r>
        <w:t>Zenseact</w:t>
      </w:r>
      <w:proofErr w:type="spellEnd"/>
      <w:r w:rsidR="0005701D">
        <w:t xml:space="preserve"> </w:t>
      </w:r>
      <w:r>
        <w:t>teamed up to develop computer vision</w:t>
      </w:r>
      <w:r w:rsidR="0005701D">
        <w:t xml:space="preserve"> </w:t>
      </w:r>
      <w:r>
        <w:t>technologies, which help the car make</w:t>
      </w:r>
      <w:r w:rsidR="0005701D">
        <w:t xml:space="preserve"> </w:t>
      </w:r>
      <w:r>
        <w:t>sense of data and respond to its external</w:t>
      </w:r>
      <w:r w:rsidR="0005701D">
        <w:t xml:space="preserve"> </w:t>
      </w:r>
      <w:r>
        <w:t>environment.</w:t>
      </w:r>
      <w:r w:rsidR="0005701D">
        <w:t xml:space="preserve"> </w:t>
      </w:r>
      <w:r>
        <w:t>The collaboration has shown</w:t>
      </w:r>
      <w:r w:rsidR="0005701D">
        <w:t xml:space="preserve"> </w:t>
      </w:r>
      <w:r>
        <w:t>that it is possible to pack significantly</w:t>
      </w:r>
      <w:r w:rsidR="0005701D">
        <w:t xml:space="preserve"> </w:t>
      </w:r>
      <w:r>
        <w:t xml:space="preserve">more functionalities into </w:t>
      </w:r>
      <w:r w:rsidR="0005701D">
        <w:t xml:space="preserve">specialized </w:t>
      </w:r>
      <w:r>
        <w:t>electronics, resulting in high accuracy</w:t>
      </w:r>
      <w:r w:rsidR="0005701D">
        <w:t xml:space="preserve"> </w:t>
      </w:r>
      <w:r>
        <w:t>and short latency even with limited</w:t>
      </w:r>
      <w:r w:rsidR="0005701D">
        <w:t xml:space="preserve"> </w:t>
      </w:r>
      <w:r>
        <w:t>computational resources.</w:t>
      </w:r>
      <w:r w:rsidR="0005701D">
        <w:t xml:space="preserve"> </w:t>
      </w:r>
      <w:r>
        <w:t>These findings can also be applied to</w:t>
      </w:r>
      <w:r w:rsidR="0005701D">
        <w:t xml:space="preserve"> </w:t>
      </w:r>
      <w:r>
        <w:t>other domains confronted with similar</w:t>
      </w:r>
      <w:r w:rsidR="0005701D">
        <w:t xml:space="preserve"> </w:t>
      </w:r>
      <w:r>
        <w:t>demands, such as portable devices,</w:t>
      </w:r>
      <w:r w:rsidR="0005701D">
        <w:t xml:space="preserve"> </w:t>
      </w:r>
      <w:r>
        <w:t>satellites, and drones.</w:t>
      </w:r>
      <w:r w:rsidR="0005701D">
        <w:t xml:space="preserve"> </w:t>
      </w:r>
      <w:r>
        <w:t>Intelligent robots working in harsh</w:t>
      </w:r>
      <w:r w:rsidR="0005701D">
        <w:t xml:space="preserve"> </w:t>
      </w:r>
      <w:r>
        <w:t>settings, in industry as well as in the</w:t>
      </w:r>
      <w:r w:rsidR="0005701D">
        <w:t xml:space="preserve"> </w:t>
      </w:r>
      <w:r>
        <w:t>LHC tunnels, also face the challenge of</w:t>
      </w:r>
      <w:r w:rsidR="0005701D">
        <w:t xml:space="preserve"> </w:t>
      </w:r>
      <w:r>
        <w:t>automated navigation, but in complex</w:t>
      </w:r>
      <w:r w:rsidR="0005701D">
        <w:t xml:space="preserve"> </w:t>
      </w:r>
      <w:r>
        <w:t>and cluttered indoor environments.</w:t>
      </w:r>
      <w:r w:rsidR="0005701D">
        <w:t xml:space="preserve"> </w:t>
      </w:r>
      <w:r>
        <w:t>CERN tackled the problem together with</w:t>
      </w:r>
      <w:r w:rsidR="0005701D">
        <w:t xml:space="preserve"> </w:t>
      </w:r>
      <w:r>
        <w:t xml:space="preserve">the start-up </w:t>
      </w:r>
      <w:proofErr w:type="spellStart"/>
      <w:r>
        <w:t>Terabee</w:t>
      </w:r>
      <w:proofErr w:type="spellEnd"/>
      <w:r>
        <w:t>, which develops</w:t>
      </w:r>
      <w:r w:rsidR="0005701D">
        <w:t xml:space="preserve"> </w:t>
      </w:r>
      <w:r>
        <w:t>advanced sensing solutions.</w:t>
      </w:r>
      <w:r w:rsidR="0005701D">
        <w:t xml:space="preserve"> </w:t>
      </w:r>
      <w:r>
        <w:t xml:space="preserve">The collaboration allowed </w:t>
      </w:r>
      <w:proofErr w:type="spellStart"/>
      <w:r>
        <w:t>Terabee</w:t>
      </w:r>
      <w:proofErr w:type="spellEnd"/>
      <w:r w:rsidR="0005701D">
        <w:t xml:space="preserve"> </w:t>
      </w:r>
      <w:r>
        <w:t>to develop a fast, small, lightweight,</w:t>
      </w:r>
      <w:r w:rsidR="0005701D">
        <w:t xml:space="preserve"> </w:t>
      </w:r>
      <w:r>
        <w:t>and eye- safe distance measurement</w:t>
      </w:r>
      <w:r w:rsidR="0005701D">
        <w:t xml:space="preserve"> </w:t>
      </w:r>
      <w:r>
        <w:t>sensor ideal for fast moving robots</w:t>
      </w:r>
      <w:r w:rsidR="0005701D">
        <w:t xml:space="preserve"> </w:t>
      </w:r>
      <w:r>
        <w:t>(including drones) and for many industrial</w:t>
      </w:r>
      <w:r w:rsidR="0005701D">
        <w:t xml:space="preserve"> </w:t>
      </w:r>
      <w:r>
        <w:t>automation and smart buildings</w:t>
      </w:r>
      <w:r w:rsidR="0005701D">
        <w:t xml:space="preserve"> </w:t>
      </w:r>
      <w:r>
        <w:t>applications. The same sensor technology</w:t>
      </w:r>
      <w:r w:rsidR="0005701D">
        <w:t xml:space="preserve"> </w:t>
      </w:r>
      <w:r>
        <w:t xml:space="preserve">now powers </w:t>
      </w:r>
      <w:proofErr w:type="spellStart"/>
      <w:r>
        <w:t>Terabee’s</w:t>
      </w:r>
      <w:proofErr w:type="spellEnd"/>
      <w:r>
        <w:t xml:space="preserve"> anonymous,</w:t>
      </w:r>
      <w:r w:rsidR="0005701D">
        <w:t xml:space="preserve"> </w:t>
      </w:r>
      <w:r>
        <w:t>privacy-compliant people counters,</w:t>
      </w:r>
      <w:r w:rsidR="0005701D">
        <w:t xml:space="preserve"> </w:t>
      </w:r>
      <w:r>
        <w:t>which enable building managers to reduce</w:t>
      </w:r>
      <w:r w:rsidR="0005701D">
        <w:t xml:space="preserve"> </w:t>
      </w:r>
      <w:r>
        <w:t>energy consumption and expenditure</w:t>
      </w:r>
      <w:r w:rsidR="0005701D">
        <w:t xml:space="preserve"> </w:t>
      </w:r>
      <w:r>
        <w:t>based on real-time occupancy levels.</w:t>
      </w:r>
    </w:p>
    <w:p w14:paraId="4B0DB146" w14:textId="4F766C49" w:rsidR="001210FE" w:rsidRDefault="00000000" w:rsidP="006A31BD">
      <w:pPr>
        <w:pStyle w:val="Titre1"/>
      </w:pPr>
      <w:r>
        <w:lastRenderedPageBreak/>
        <w:t>Technologies of the future</w:t>
      </w:r>
      <w:r w:rsidR="006A31BD">
        <w:t xml:space="preserve"> </w:t>
      </w:r>
      <w:r>
        <w:t>to preserve our past</w:t>
      </w:r>
    </w:p>
    <w:p w14:paraId="01EB9C9D" w14:textId="271AEE51" w:rsidR="001210FE" w:rsidRDefault="00000000" w:rsidP="006A31BD">
      <w:pPr>
        <w:pStyle w:val="Titre2"/>
      </w:pPr>
      <w:r>
        <w:t>Particle detectors and</w:t>
      </w:r>
      <w:r w:rsidR="00590F6F">
        <w:t xml:space="preserve"> </w:t>
      </w:r>
      <w:r>
        <w:t>accelerators to examine artworks</w:t>
      </w:r>
    </w:p>
    <w:p w14:paraId="02CACF1F" w14:textId="77777777" w:rsidR="0005701D" w:rsidRPr="0005701D" w:rsidRDefault="0005701D" w:rsidP="0005701D"/>
    <w:p w14:paraId="734CEFBE" w14:textId="150374D0" w:rsidR="001210FE" w:rsidRDefault="00000000">
      <w:r>
        <w:t>X-ray imaging is a well-established</w:t>
      </w:r>
      <w:r w:rsidR="0005701D">
        <w:t xml:space="preserve"> </w:t>
      </w:r>
      <w:r>
        <w:t>analysis technique. Detectors developed</w:t>
      </w:r>
      <w:r w:rsidR="0005701D">
        <w:t xml:space="preserve"> </w:t>
      </w:r>
      <w:r>
        <w:t xml:space="preserve">at CERN by the </w:t>
      </w:r>
      <w:proofErr w:type="spellStart"/>
      <w:r>
        <w:t>Medipix</w:t>
      </w:r>
      <w:proofErr w:type="spellEnd"/>
      <w:r>
        <w:t xml:space="preserve"> collaborations</w:t>
      </w:r>
      <w:r w:rsidR="0005701D">
        <w:t xml:space="preserve"> </w:t>
      </w:r>
      <w:r>
        <w:t>offer extremely high resolution coupled</w:t>
      </w:r>
      <w:r w:rsidR="0005701D">
        <w:t xml:space="preserve"> </w:t>
      </w:r>
      <w:r>
        <w:t>with the capability of measuring the</w:t>
      </w:r>
      <w:r w:rsidR="0005701D">
        <w:t xml:space="preserve"> </w:t>
      </w:r>
      <w:r>
        <w:t>attenuation of X-rays at different</w:t>
      </w:r>
      <w:r w:rsidR="0005701D">
        <w:t xml:space="preserve"> </w:t>
      </w:r>
      <w:r>
        <w:t>wavelengths of their spectrum, when</w:t>
      </w:r>
      <w:r w:rsidR="0005701D">
        <w:t xml:space="preserve"> </w:t>
      </w:r>
      <w:r>
        <w:t>passing through the object to be</w:t>
      </w:r>
      <w:r w:rsidR="0005701D">
        <w:t xml:space="preserve"> </w:t>
      </w:r>
      <w:r>
        <w:t>examined. This so-called spectral X-ray</w:t>
      </w:r>
      <w:r w:rsidR="0005701D">
        <w:t xml:space="preserve"> </w:t>
      </w:r>
      <w:r>
        <w:t>imaging is a game-changer in the medical</w:t>
      </w:r>
      <w:r w:rsidR="0005701D">
        <w:t xml:space="preserve"> </w:t>
      </w:r>
      <w:r>
        <w:t>field but also in the art world.</w:t>
      </w:r>
      <w:r w:rsidR="0005701D">
        <w:t xml:space="preserve"> </w:t>
      </w:r>
      <w:r>
        <w:t xml:space="preserve">The start-up </w:t>
      </w:r>
      <w:proofErr w:type="spellStart"/>
      <w:r>
        <w:t>InsightART</w:t>
      </w:r>
      <w:proofErr w:type="spellEnd"/>
      <w:r>
        <w:t xml:space="preserve"> embedded</w:t>
      </w:r>
      <w:r w:rsidR="0005701D">
        <w:t xml:space="preserve"> </w:t>
      </w:r>
      <w:r>
        <w:t>these detectors in their X-ray devices</w:t>
      </w:r>
      <w:r w:rsidR="0005701D">
        <w:t xml:space="preserve"> </w:t>
      </w:r>
      <w:r>
        <w:t>that quickly scan large art objects and</w:t>
      </w:r>
      <w:r w:rsidR="0005701D">
        <w:t xml:space="preserve"> </w:t>
      </w:r>
      <w:r>
        <w:t>determine which pigments were used in a</w:t>
      </w:r>
      <w:r w:rsidR="0005701D">
        <w:t xml:space="preserve"> </w:t>
      </w:r>
      <w:r>
        <w:t>painting – all without causing any damage</w:t>
      </w:r>
      <w:r w:rsidR="0005701D">
        <w:t xml:space="preserve"> </w:t>
      </w:r>
      <w:r>
        <w:t>to the priceless piece under examination.</w:t>
      </w:r>
      <w:r w:rsidR="0005701D">
        <w:t xml:space="preserve"> </w:t>
      </w:r>
      <w:r>
        <w:t>The key information provided by</w:t>
      </w:r>
      <w:r w:rsidR="0005701D">
        <w:t xml:space="preserve"> </w:t>
      </w:r>
      <w:proofErr w:type="spellStart"/>
      <w:r>
        <w:t>InsightART</w:t>
      </w:r>
      <w:proofErr w:type="spellEnd"/>
      <w:r>
        <w:t xml:space="preserve"> is one of the elements that</w:t>
      </w:r>
      <w:r w:rsidR="0005701D">
        <w:t xml:space="preserve"> </w:t>
      </w:r>
      <w:r>
        <w:t>allowed a group of experts to confirm</w:t>
      </w:r>
      <w:r w:rsidR="0005701D">
        <w:t xml:space="preserve"> </w:t>
      </w:r>
      <w:r>
        <w:t>that the painting The Madonna and Child</w:t>
      </w:r>
      <w:r w:rsidR="0005701D">
        <w:t xml:space="preserve"> </w:t>
      </w:r>
      <w:r>
        <w:t>should indeed be attributed to Raphael.</w:t>
      </w:r>
      <w:r w:rsidR="0005701D">
        <w:t xml:space="preserve"> </w:t>
      </w:r>
      <w:r>
        <w:t>Non-destructive analysis of artworks</w:t>
      </w:r>
      <w:r w:rsidR="0005701D">
        <w:t xml:space="preserve"> </w:t>
      </w:r>
      <w:r>
        <w:t>is also performed using beams of ions,</w:t>
      </w:r>
      <w:r w:rsidR="0005701D">
        <w:t xml:space="preserve"> </w:t>
      </w:r>
      <w:r>
        <w:t>such as protons and helium, which are</w:t>
      </w:r>
      <w:r w:rsidR="0005701D">
        <w:t xml:space="preserve"> </w:t>
      </w:r>
      <w:r>
        <w:t>typically produced by bulky accelerators.</w:t>
      </w:r>
      <w:r w:rsidR="0005701D">
        <w:t xml:space="preserve"> </w:t>
      </w:r>
      <w:r>
        <w:t>Moving fragile and precious objects or</w:t>
      </w:r>
      <w:r w:rsidR="0005701D">
        <w:t xml:space="preserve"> </w:t>
      </w:r>
      <w:r>
        <w:t>frescoes, even over short distances,</w:t>
      </w:r>
      <w:r w:rsidR="0005701D">
        <w:t xml:space="preserve"> </w:t>
      </w:r>
      <w:r>
        <w:t>to the analysis site is challenging and</w:t>
      </w:r>
      <w:r w:rsidR="0005701D">
        <w:t xml:space="preserve"> </w:t>
      </w:r>
      <w:r>
        <w:t>sometimes impossible due to logistical,</w:t>
      </w:r>
      <w:r w:rsidR="0005701D">
        <w:t xml:space="preserve"> </w:t>
      </w:r>
      <w:r>
        <w:t>economic, and safety concerns.</w:t>
      </w:r>
      <w:r w:rsidR="0005701D">
        <w:t xml:space="preserve"> </w:t>
      </w:r>
      <w:r>
        <w:t>CERN and the Italian National Institute</w:t>
      </w:r>
      <w:r w:rsidR="0005701D">
        <w:t xml:space="preserve"> </w:t>
      </w:r>
      <w:r>
        <w:t>for Nuclear Physics (INFN) have built</w:t>
      </w:r>
      <w:r w:rsidR="0005701D">
        <w:t xml:space="preserve"> </w:t>
      </w:r>
      <w:r>
        <w:t>MACHINA, a compact and portable</w:t>
      </w:r>
      <w:r w:rsidR="0005701D">
        <w:t xml:space="preserve"> </w:t>
      </w:r>
      <w:r>
        <w:t>accelerator for cultural heritage</w:t>
      </w:r>
      <w:r w:rsidR="0005701D">
        <w:t xml:space="preserve"> </w:t>
      </w:r>
      <w:r>
        <w:t>applications based on CERN’s linear</w:t>
      </w:r>
      <w:r w:rsidR="0005701D">
        <w:t xml:space="preserve"> </w:t>
      </w:r>
      <w:r>
        <w:t>accelerator for medical applications.</w:t>
      </w:r>
      <w:r w:rsidR="0005701D">
        <w:t xml:space="preserve"> </w:t>
      </w:r>
      <w:r>
        <w:t>In 2022, MACHINA was intensively tested,</w:t>
      </w:r>
      <w:r w:rsidR="0005701D">
        <w:t xml:space="preserve"> </w:t>
      </w:r>
      <w:r>
        <w:t>satisfying all the initial requirements,</w:t>
      </w:r>
      <w:r w:rsidR="0005701D">
        <w:t xml:space="preserve"> </w:t>
      </w:r>
      <w:r>
        <w:t>and will soon be operational at the</w:t>
      </w:r>
      <w:r w:rsidR="0005701D">
        <w:t xml:space="preserve"> </w:t>
      </w:r>
      <w:r>
        <w:t>INFN Laboratory of nuclear techniques</w:t>
      </w:r>
      <w:r w:rsidR="0005701D">
        <w:t xml:space="preserve"> </w:t>
      </w:r>
      <w:r>
        <w:t>for Environment and Cultural Heritage</w:t>
      </w:r>
      <w:r w:rsidR="0005701D">
        <w:t xml:space="preserve"> </w:t>
      </w:r>
      <w:r>
        <w:t xml:space="preserve">(LABEC) for the first test </w:t>
      </w:r>
      <w:proofErr w:type="spellStart"/>
      <w:r>
        <w:t>measurementcampaigns</w:t>
      </w:r>
      <w:proofErr w:type="spellEnd"/>
      <w:r>
        <w:t>. The accelerator will then</w:t>
      </w:r>
      <w:r w:rsidR="0005701D">
        <w:t xml:space="preserve"> </w:t>
      </w:r>
      <w:r>
        <w:t xml:space="preserve">be transferred to the renowned </w:t>
      </w:r>
      <w:proofErr w:type="spellStart"/>
      <w:r>
        <w:t>centre</w:t>
      </w:r>
      <w:proofErr w:type="spellEnd"/>
      <w:r w:rsidR="0005701D">
        <w:t xml:space="preserve"> </w:t>
      </w:r>
      <w:r>
        <w:t xml:space="preserve">for art conservation </w:t>
      </w:r>
      <w:proofErr w:type="spellStart"/>
      <w:r>
        <w:t>Opificio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Pietre</w:t>
      </w:r>
      <w:proofErr w:type="spellEnd"/>
      <w:r w:rsidR="0005701D">
        <w:t xml:space="preserve"> </w:t>
      </w:r>
      <w:r>
        <w:t xml:space="preserve">Dure in Florence, to </w:t>
      </w:r>
      <w:proofErr w:type="spellStart"/>
      <w:r>
        <w:t>analyse</w:t>
      </w:r>
      <w:proofErr w:type="spellEnd"/>
      <w:r>
        <w:t xml:space="preserve"> a variety</w:t>
      </w:r>
      <w:r w:rsidR="0005701D">
        <w:t xml:space="preserve"> </w:t>
      </w:r>
      <w:r>
        <w:t>of objects too fragile or too large to</w:t>
      </w:r>
      <w:r w:rsidR="0005701D">
        <w:t xml:space="preserve"> </w:t>
      </w:r>
      <w:r>
        <w:t>be moved. MACHINA’s portability will</w:t>
      </w:r>
      <w:r w:rsidR="0005701D">
        <w:t xml:space="preserve"> </w:t>
      </w:r>
      <w:r>
        <w:t>enable it to be transported to other</w:t>
      </w:r>
      <w:r w:rsidR="0005701D">
        <w:t xml:space="preserve"> </w:t>
      </w:r>
      <w:r>
        <w:t>museums or conservation sites for in situ</w:t>
      </w:r>
      <w:r w:rsidR="0005701D">
        <w:t xml:space="preserve"> </w:t>
      </w:r>
      <w:r>
        <w:t>measurements.</w:t>
      </w:r>
    </w:p>
    <w:p w14:paraId="5BF429D9" w14:textId="0B275071" w:rsidR="001210FE" w:rsidRPr="00596613" w:rsidRDefault="00000000" w:rsidP="00596613">
      <w:pPr>
        <w:pStyle w:val="Titre5"/>
        <w:rPr>
          <w:color w:val="000000" w:themeColor="text1"/>
        </w:rPr>
      </w:pPr>
      <w:r w:rsidRPr="00596613">
        <w:rPr>
          <w:color w:val="000000" w:themeColor="text1"/>
        </w:rPr>
        <w:t>To understand, authenticate and</w:t>
      </w:r>
      <w:r w:rsidR="005E7407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preserve great works of art, we must</w:t>
      </w:r>
      <w:r w:rsidR="005E7407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study them in minute detail. However,</w:t>
      </w:r>
      <w:r w:rsidR="005E7407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it is critical that the techniques used</w:t>
      </w:r>
      <w:r w:rsidR="005E7407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 xml:space="preserve">do not damage them. Several </w:t>
      </w:r>
      <w:proofErr w:type="spellStart"/>
      <w:proofErr w:type="gramStart"/>
      <w:r w:rsidRPr="00596613">
        <w:rPr>
          <w:color w:val="000000" w:themeColor="text1"/>
        </w:rPr>
        <w:t>non</w:t>
      </w:r>
      <w:r w:rsidR="005E7407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destructive</w:t>
      </w:r>
      <w:proofErr w:type="spellEnd"/>
      <w:proofErr w:type="gramEnd"/>
      <w:r w:rsidRPr="00596613">
        <w:rPr>
          <w:color w:val="000000" w:themeColor="text1"/>
        </w:rPr>
        <w:t xml:space="preserve"> processes for the inspection</w:t>
      </w:r>
      <w:r w:rsidR="005E7407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of artworks involve the use of particle</w:t>
      </w:r>
      <w:r w:rsidR="005E7407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beams: they are therefore a natural</w:t>
      </w:r>
      <w:r w:rsidR="005E7407">
        <w:rPr>
          <w:color w:val="000000" w:themeColor="text1"/>
        </w:rPr>
        <w:t xml:space="preserve"> </w:t>
      </w:r>
      <w:r w:rsidRPr="00596613">
        <w:rPr>
          <w:color w:val="000000" w:themeColor="text1"/>
        </w:rPr>
        <w:t>playground for the application of CERN</w:t>
      </w:r>
    </w:p>
    <w:p w14:paraId="40F64E76" w14:textId="77777777" w:rsidR="001210FE" w:rsidRPr="00596613" w:rsidRDefault="00000000" w:rsidP="00596613">
      <w:pPr>
        <w:pStyle w:val="Titre5"/>
        <w:rPr>
          <w:color w:val="000000" w:themeColor="text1"/>
        </w:rPr>
      </w:pPr>
      <w:r w:rsidRPr="00596613">
        <w:rPr>
          <w:color w:val="000000" w:themeColor="text1"/>
        </w:rPr>
        <w:t>technologies.</w:t>
      </w:r>
    </w:p>
    <w:p w14:paraId="08153B2E" w14:textId="30F6A2DB" w:rsidR="001210FE" w:rsidRDefault="00000000" w:rsidP="006A31BD">
      <w:pPr>
        <w:pStyle w:val="Titre1"/>
      </w:pPr>
      <w:r>
        <w:t>Open-source technologies</w:t>
      </w:r>
      <w:r w:rsidR="00590F6F">
        <w:t xml:space="preserve"> </w:t>
      </w:r>
      <w:r>
        <w:t>for global challenges</w:t>
      </w:r>
    </w:p>
    <w:p w14:paraId="6494E741" w14:textId="345D60FD" w:rsidR="001210FE" w:rsidRDefault="00000000" w:rsidP="006A31BD">
      <w:pPr>
        <w:pStyle w:val="Titre2"/>
      </w:pPr>
      <w:r>
        <w:t>Digital libraries and repositories</w:t>
      </w:r>
      <w:r w:rsidR="00590F6F">
        <w:t xml:space="preserve"> </w:t>
      </w:r>
      <w:r>
        <w:t>to support knowledge sharing</w:t>
      </w:r>
    </w:p>
    <w:p w14:paraId="11333FD2" w14:textId="77777777" w:rsidR="005E7407" w:rsidRDefault="005E7407"/>
    <w:p w14:paraId="265D1BD9" w14:textId="351DA488" w:rsidR="001210FE" w:rsidRDefault="00000000">
      <w:r>
        <w:t>For ideas and new innovations to flourish</w:t>
      </w:r>
      <w:r w:rsidR="005E7407">
        <w:t xml:space="preserve"> </w:t>
      </w:r>
      <w:r>
        <w:t>it is essential to have access to the ideas</w:t>
      </w:r>
      <w:r w:rsidR="005E7407">
        <w:t xml:space="preserve"> </w:t>
      </w:r>
      <w:r>
        <w:t xml:space="preserve">that came before. With </w:t>
      </w:r>
      <w:proofErr w:type="gramStart"/>
      <w:r>
        <w:t>more and more</w:t>
      </w:r>
      <w:proofErr w:type="gramEnd"/>
      <w:r w:rsidR="005E7407">
        <w:t xml:space="preserve"> </w:t>
      </w:r>
      <w:r>
        <w:t>information at our fingertips, however, it is</w:t>
      </w:r>
      <w:r w:rsidR="005E7407">
        <w:t xml:space="preserve"> </w:t>
      </w:r>
      <w:r>
        <w:t>becoming hard to manage, access, and</w:t>
      </w:r>
      <w:r w:rsidR="005E7407">
        <w:t xml:space="preserve"> </w:t>
      </w:r>
      <w:r>
        <w:t>use all these data: digital libraries and</w:t>
      </w:r>
      <w:r w:rsidR="005E7407">
        <w:t xml:space="preserve"> </w:t>
      </w:r>
      <w:r>
        <w:t xml:space="preserve">repositories today are </w:t>
      </w:r>
      <w:r>
        <w:lastRenderedPageBreak/>
        <w:t>complex systems</w:t>
      </w:r>
      <w:r w:rsidR="005E7407">
        <w:t xml:space="preserve"> </w:t>
      </w:r>
      <w:r>
        <w:t>that are essential to support research,</w:t>
      </w:r>
      <w:r w:rsidR="005E7407">
        <w:t xml:space="preserve"> </w:t>
      </w:r>
      <w:r>
        <w:t>communication, and collaboration</w:t>
      </w:r>
      <w:r w:rsidR="005E7407">
        <w:t xml:space="preserve"> </w:t>
      </w:r>
      <w:r>
        <w:t>worldwide.</w:t>
      </w:r>
      <w:r w:rsidR="005E7407">
        <w:t xml:space="preserve"> </w:t>
      </w:r>
      <w:r>
        <w:t>CERN has developed its own flexible,</w:t>
      </w:r>
      <w:r w:rsidR="005E7407">
        <w:t xml:space="preserve"> </w:t>
      </w:r>
      <w:r>
        <w:t>high-performance, open-source digital</w:t>
      </w:r>
      <w:r w:rsidR="005E7407">
        <w:t xml:space="preserve"> </w:t>
      </w:r>
      <w:r>
        <w:t>library framework. This technology</w:t>
      </w:r>
      <w:r w:rsidR="005E7407">
        <w:t xml:space="preserve"> </w:t>
      </w:r>
      <w:r>
        <w:t>is the backbone of the products and</w:t>
      </w:r>
      <w:r w:rsidR="005E7407">
        <w:t xml:space="preserve"> </w:t>
      </w:r>
      <w:r>
        <w:t>services developed by the CERN spin-</w:t>
      </w:r>
      <w:r w:rsidR="005E7407">
        <w:t xml:space="preserve"> </w:t>
      </w:r>
      <w:r>
        <w:t>off TIND: these are now used by libraries,</w:t>
      </w:r>
      <w:r w:rsidR="005E7407">
        <w:t xml:space="preserve"> </w:t>
      </w:r>
      <w:r>
        <w:t>universities, and global institutions to</w:t>
      </w:r>
      <w:r w:rsidR="005E7407">
        <w:t xml:space="preserve"> </w:t>
      </w:r>
      <w:r>
        <w:t>acquire, archive, manage and share</w:t>
      </w:r>
      <w:r w:rsidR="005E7407">
        <w:t xml:space="preserve"> </w:t>
      </w:r>
      <w:r>
        <w:t>information.</w:t>
      </w:r>
      <w:r w:rsidR="005E7407">
        <w:t xml:space="preserve"> </w:t>
      </w:r>
      <w:r>
        <w:t>CERN also maintains the world’s largest</w:t>
      </w:r>
      <w:r w:rsidR="005E7407">
        <w:t xml:space="preserve"> </w:t>
      </w:r>
      <w:r>
        <w:t>general-purpose research repository,</w:t>
      </w:r>
      <w:r w:rsidR="005E7407">
        <w:t xml:space="preserve"> </w:t>
      </w:r>
      <w:r>
        <w:t>based on the same digital library</w:t>
      </w:r>
      <w:r w:rsidR="005E7407">
        <w:t xml:space="preserve"> </w:t>
      </w:r>
      <w:r>
        <w:t>framework. This easy-to-use repository</w:t>
      </w:r>
      <w:r w:rsidR="005E7407">
        <w:t xml:space="preserve"> </w:t>
      </w:r>
      <w:r>
        <w:t>enables scientists from any field to</w:t>
      </w:r>
      <w:r w:rsidR="005E7407">
        <w:t xml:space="preserve"> </w:t>
      </w:r>
      <w:r>
        <w:t>preserve and share their research outputs.</w:t>
      </w:r>
      <w:r w:rsidR="005E7407">
        <w:t xml:space="preserve"> </w:t>
      </w:r>
      <w:r>
        <w:t xml:space="preserve">CERN’s spin-off </w:t>
      </w:r>
      <w:proofErr w:type="spellStart"/>
      <w:r>
        <w:t>Orvium</w:t>
      </w:r>
      <w:proofErr w:type="spellEnd"/>
      <w:r>
        <w:t xml:space="preserve"> uses the</w:t>
      </w:r>
      <w:r w:rsidR="005E7407">
        <w:t xml:space="preserve"> </w:t>
      </w:r>
      <w:r>
        <w:t>repository to store data for its innovative</w:t>
      </w:r>
      <w:r w:rsidR="005E7407">
        <w:t xml:space="preserve"> </w:t>
      </w:r>
      <w:r>
        <w:t>open-access scientific publishing</w:t>
      </w:r>
      <w:r w:rsidR="005E7407">
        <w:t xml:space="preserve"> </w:t>
      </w:r>
      <w:r>
        <w:t xml:space="preserve">platform. The company is </w:t>
      </w:r>
      <w:r w:rsidR="005E7407">
        <w:t xml:space="preserve">revolutionizing </w:t>
      </w:r>
      <w:r>
        <w:t>academic paper review and publishing, by</w:t>
      </w:r>
      <w:r w:rsidR="005E7407">
        <w:t xml:space="preserve"> </w:t>
      </w:r>
      <w:r>
        <w:t xml:space="preserve">making these processes more </w:t>
      </w:r>
      <w:proofErr w:type="spellStart"/>
      <w:r>
        <w:t>transparentand</w:t>
      </w:r>
      <w:proofErr w:type="spellEnd"/>
      <w:r>
        <w:t xml:space="preserve"> open.</w:t>
      </w:r>
    </w:p>
    <w:p w14:paraId="348B5498" w14:textId="1EFE5553" w:rsidR="001210FE" w:rsidRDefault="00000000" w:rsidP="006A31BD">
      <w:pPr>
        <w:pStyle w:val="Titre2"/>
      </w:pPr>
      <w:r>
        <w:t>Modelling airborne pathogen</w:t>
      </w:r>
      <w:r w:rsidR="00590F6F">
        <w:t xml:space="preserve"> </w:t>
      </w:r>
      <w:r>
        <w:t>risks for safer indoor spaces</w:t>
      </w:r>
    </w:p>
    <w:p w14:paraId="5622229F" w14:textId="77777777" w:rsidR="005E7407" w:rsidRPr="005E7407" w:rsidRDefault="005E7407" w:rsidP="005E7407"/>
    <w:p w14:paraId="3693B93A" w14:textId="4DB72822" w:rsidR="001210FE" w:rsidRDefault="00000000">
      <w:r>
        <w:t>Since the onset of the COVID-19</w:t>
      </w:r>
      <w:r w:rsidR="005E7407">
        <w:t xml:space="preserve"> </w:t>
      </w:r>
      <w:r>
        <w:t>pandemic, space managers around the</w:t>
      </w:r>
      <w:r w:rsidR="005E7407">
        <w:t xml:space="preserve"> </w:t>
      </w:r>
      <w:r>
        <w:t>world have been confronted with the</w:t>
      </w:r>
      <w:r w:rsidR="005E7407">
        <w:t xml:space="preserve"> </w:t>
      </w:r>
      <w:r>
        <w:t>need to establish guidelines for the use of</w:t>
      </w:r>
      <w:r w:rsidR="005E7407">
        <w:t xml:space="preserve"> </w:t>
      </w:r>
      <w:r>
        <w:t>workspaces and meeting rooms.</w:t>
      </w:r>
      <w:r w:rsidR="005E7407">
        <w:t xml:space="preserve"> </w:t>
      </w:r>
      <w:r>
        <w:t>CERN has responded to the challenge</w:t>
      </w:r>
      <w:r w:rsidR="005E7407">
        <w:t xml:space="preserve"> </w:t>
      </w:r>
      <w:r>
        <w:t>by developing an open-source tool to</w:t>
      </w:r>
      <w:r w:rsidR="005E7407">
        <w:t xml:space="preserve"> </w:t>
      </w:r>
      <w:r>
        <w:t>model virus concentration in enclosed</w:t>
      </w:r>
      <w:r w:rsidR="005E7407">
        <w:t xml:space="preserve"> </w:t>
      </w:r>
      <w:r>
        <w:t>spaces with varying parameters, such</w:t>
      </w:r>
      <w:r w:rsidR="005E7407">
        <w:t xml:space="preserve"> </w:t>
      </w:r>
      <w:r>
        <w:t>as room size, time spent in the room,</w:t>
      </w:r>
      <w:r w:rsidR="005E7407">
        <w:t xml:space="preserve"> </w:t>
      </w:r>
      <w:r>
        <w:t>mask-wearing, number of people, and</w:t>
      </w:r>
      <w:r w:rsidR="005E7407">
        <w:t xml:space="preserve"> </w:t>
      </w:r>
      <w:r>
        <w:t>ventilation. Collaboration with health</w:t>
      </w:r>
      <w:r w:rsidR="005E7407">
        <w:t xml:space="preserve"> </w:t>
      </w:r>
      <w:r>
        <w:t>experts allows the model to be regularly</w:t>
      </w:r>
      <w:r w:rsidR="005E7407">
        <w:t xml:space="preserve"> </w:t>
      </w:r>
      <w:r>
        <w:t>refined, validated against clinical data,</w:t>
      </w:r>
      <w:r w:rsidR="005E7407">
        <w:t xml:space="preserve"> </w:t>
      </w:r>
      <w:r>
        <w:t>and expanded to include other airborne pathogens.</w:t>
      </w:r>
      <w:r w:rsidR="005E7407">
        <w:t xml:space="preserve"> </w:t>
      </w:r>
      <w:r>
        <w:t>The tool features a user-friendly interface</w:t>
      </w:r>
      <w:r w:rsidR="005E7407">
        <w:t xml:space="preserve"> </w:t>
      </w:r>
      <w:r>
        <w:t>that enables space managers and</w:t>
      </w:r>
      <w:r w:rsidR="005E7407">
        <w:t xml:space="preserve"> </w:t>
      </w:r>
      <w:r>
        <w:t>safety officers to readily assess the</w:t>
      </w:r>
      <w:r w:rsidR="005E7407">
        <w:t xml:space="preserve"> </w:t>
      </w:r>
      <w:r>
        <w:t>risk level associated with the existing</w:t>
      </w:r>
      <w:r w:rsidR="005E7407">
        <w:t xml:space="preserve"> </w:t>
      </w:r>
      <w:r>
        <w:t>safety measures and has been rapidly</w:t>
      </w:r>
      <w:r w:rsidR="005E7407">
        <w:t xml:space="preserve"> </w:t>
      </w:r>
      <w:r>
        <w:t xml:space="preserve">adopted by international </w:t>
      </w:r>
      <w:proofErr w:type="spellStart"/>
      <w:r>
        <w:t>organisations</w:t>
      </w:r>
      <w:proofErr w:type="spellEnd"/>
      <w:r>
        <w:t>,</w:t>
      </w:r>
      <w:r w:rsidR="005E7407">
        <w:t xml:space="preserve"> </w:t>
      </w:r>
      <w:r>
        <w:t>universities, schools, and individuals.</w:t>
      </w:r>
      <w:r w:rsidR="005E7407">
        <w:t xml:space="preserve"> </w:t>
      </w:r>
      <w:r>
        <w:t xml:space="preserve">The World Health </w:t>
      </w:r>
      <w:proofErr w:type="spellStart"/>
      <w:r>
        <w:t>Organisation</w:t>
      </w:r>
      <w:proofErr w:type="spellEnd"/>
      <w:r>
        <w:t xml:space="preserve"> (WHO) is</w:t>
      </w:r>
      <w:r w:rsidR="005E7407">
        <w:t xml:space="preserve"> </w:t>
      </w:r>
      <w:r>
        <w:t>now collaborating with CERN to define</w:t>
      </w:r>
      <w:r w:rsidR="005E7407">
        <w:t xml:space="preserve"> </w:t>
      </w:r>
      <w:r>
        <w:t xml:space="preserve">and develop a </w:t>
      </w:r>
      <w:proofErr w:type="spellStart"/>
      <w:r>
        <w:t>standardised</w:t>
      </w:r>
      <w:proofErr w:type="spellEnd"/>
      <w:r>
        <w:t xml:space="preserve"> algorithm</w:t>
      </w:r>
      <w:r w:rsidR="005E7407">
        <w:t xml:space="preserve"> </w:t>
      </w:r>
      <w:r>
        <w:t>to quantify airborne transmission risk</w:t>
      </w:r>
      <w:r w:rsidR="005E7407">
        <w:t xml:space="preserve"> </w:t>
      </w:r>
      <w:r>
        <w:t>indoors.</w:t>
      </w:r>
    </w:p>
    <w:p w14:paraId="16497139" w14:textId="26F196F2" w:rsidR="001210FE" w:rsidRDefault="00000000" w:rsidP="006A31BD">
      <w:pPr>
        <w:pStyle w:val="Titre2"/>
      </w:pPr>
      <w:r>
        <w:t xml:space="preserve">Robust sub-nanosecond </w:t>
      </w:r>
      <w:r w:rsidR="00590F6F">
        <w:t xml:space="preserve">synchronization </w:t>
      </w:r>
      <w:r>
        <w:t>when timing is of the essence</w:t>
      </w:r>
    </w:p>
    <w:p w14:paraId="32BB5A5E" w14:textId="77777777" w:rsidR="005E7407" w:rsidRPr="005E7407" w:rsidRDefault="005E7407" w:rsidP="005E7407"/>
    <w:p w14:paraId="196200E3" w14:textId="44AF659E" w:rsidR="001210FE" w:rsidRDefault="00000000">
      <w:r>
        <w:t>Telecommunications, financial markets,</w:t>
      </w:r>
      <w:r w:rsidR="005E7407">
        <w:t xml:space="preserve"> </w:t>
      </w:r>
      <w:r>
        <w:t>and quantum networks are just some of</w:t>
      </w:r>
      <w:r w:rsidR="005E7407">
        <w:t xml:space="preserve"> </w:t>
      </w:r>
      <w:r>
        <w:t>the applications that need increasingly</w:t>
      </w:r>
      <w:r w:rsidR="005E7407">
        <w:t xml:space="preserve"> </w:t>
      </w:r>
      <w:r>
        <w:t xml:space="preserve">precise and accurate time </w:t>
      </w:r>
      <w:r w:rsidR="005E7407">
        <w:t xml:space="preserve">synchronization </w:t>
      </w:r>
      <w:r>
        <w:t>and reliable data delivery. Furthermore,</w:t>
      </w:r>
      <w:r w:rsidR="005E7407">
        <w:t xml:space="preserve"> </w:t>
      </w:r>
      <w:r>
        <w:t xml:space="preserve">terrestrial </w:t>
      </w:r>
      <w:proofErr w:type="spellStart"/>
      <w:r>
        <w:t>fibre</w:t>
      </w:r>
      <w:proofErr w:type="spellEnd"/>
      <w:r>
        <w:t>-based time distribution</w:t>
      </w:r>
      <w:r w:rsidR="005E7407">
        <w:t xml:space="preserve"> </w:t>
      </w:r>
      <w:r>
        <w:t>is becoming increasingly important to</w:t>
      </w:r>
      <w:r w:rsidR="005E7407">
        <w:t xml:space="preserve"> </w:t>
      </w:r>
      <w:r>
        <w:t>reduce our overreliance on satellite-based</w:t>
      </w:r>
      <w:r w:rsidR="005E7407">
        <w:t xml:space="preserve"> </w:t>
      </w:r>
      <w:proofErr w:type="spellStart"/>
      <w:r>
        <w:t>synchronisation</w:t>
      </w:r>
      <w:proofErr w:type="spellEnd"/>
      <w:r>
        <w:t>.</w:t>
      </w:r>
      <w:r w:rsidR="005E7407">
        <w:t xml:space="preserve"> </w:t>
      </w:r>
      <w:r>
        <w:t>The exacting requirements of CERN’s</w:t>
      </w:r>
      <w:r w:rsidR="005E7407">
        <w:t xml:space="preserve"> </w:t>
      </w:r>
      <w:r>
        <w:t>accelerator complex have led to</w:t>
      </w:r>
      <w:r w:rsidR="005E7407">
        <w:t xml:space="preserve"> </w:t>
      </w:r>
      <w:r>
        <w:t>the development of a novel time-</w:t>
      </w:r>
      <w:r w:rsidR="005E7407">
        <w:t xml:space="preserve"> </w:t>
      </w:r>
      <w:proofErr w:type="spellStart"/>
      <w:r>
        <w:t>synchronisation</w:t>
      </w:r>
      <w:proofErr w:type="spellEnd"/>
      <w:r>
        <w:t xml:space="preserve"> system that offers sub-</w:t>
      </w:r>
      <w:r w:rsidR="005E7407">
        <w:t xml:space="preserve"> </w:t>
      </w:r>
      <w:r>
        <w:t>nanosecond accuracy and precision of</w:t>
      </w:r>
      <w:r w:rsidR="005E7407">
        <w:t xml:space="preserve"> </w:t>
      </w:r>
      <w:r>
        <w:t>a few picoseconds. The technology’s</w:t>
      </w:r>
      <w:r w:rsidR="005E7407">
        <w:t xml:space="preserve"> </w:t>
      </w:r>
      <w:r>
        <w:t>hardware, firmware, and software are fully</w:t>
      </w:r>
      <w:r w:rsidR="005E7407">
        <w:t xml:space="preserve"> </w:t>
      </w:r>
      <w:r>
        <w:t>open. The hardware is available through</w:t>
      </w:r>
      <w:r w:rsidR="005E7407">
        <w:t xml:space="preserve"> </w:t>
      </w:r>
      <w:r>
        <w:t xml:space="preserve">the CERN Open Hardware </w:t>
      </w:r>
      <w:proofErr w:type="spellStart"/>
      <w:r>
        <w:t>Licence</w:t>
      </w:r>
      <w:proofErr w:type="spellEnd"/>
      <w:r>
        <w:t>,</w:t>
      </w:r>
      <w:r w:rsidR="005E7407">
        <w:t xml:space="preserve"> </w:t>
      </w:r>
      <w:r>
        <w:t>developed by the Laboratory as a tool</w:t>
      </w:r>
      <w:r w:rsidR="005E7407">
        <w:t xml:space="preserve"> </w:t>
      </w:r>
      <w:r>
        <w:t>to promote collaboration.</w:t>
      </w:r>
      <w:r w:rsidR="005E7407">
        <w:t xml:space="preserve"> </w:t>
      </w:r>
      <w:r>
        <w:t>This CERN-born time-</w:t>
      </w:r>
      <w:proofErr w:type="spellStart"/>
      <w:r>
        <w:t>synchronisation</w:t>
      </w:r>
      <w:proofErr w:type="spellEnd"/>
      <w:r w:rsidR="005E7407">
        <w:t xml:space="preserve"> </w:t>
      </w:r>
      <w:r>
        <w:t>system is widely used in scientific facilities</w:t>
      </w:r>
      <w:r w:rsidR="005E7407">
        <w:t xml:space="preserve"> </w:t>
      </w:r>
      <w:r>
        <w:t>and has been incorporated in a worldwide</w:t>
      </w:r>
      <w:r w:rsidR="005E7407">
        <w:t xml:space="preserve"> </w:t>
      </w:r>
      <w:r>
        <w:t>standard of the Institute of Electrical and</w:t>
      </w:r>
      <w:r w:rsidR="005E7407">
        <w:t xml:space="preserve"> </w:t>
      </w:r>
      <w:r>
        <w:t>Electronics Engineers (IEEE) in 2020,</w:t>
      </w:r>
      <w:r w:rsidR="005E7407">
        <w:t xml:space="preserve"> </w:t>
      </w:r>
      <w:r>
        <w:t>making it easier for industry to adopt it.</w:t>
      </w:r>
      <w:r w:rsidR="005E7407">
        <w:t xml:space="preserve"> </w:t>
      </w:r>
      <w:r>
        <w:t>For instance, in the financial markets,</w:t>
      </w:r>
      <w:r w:rsidR="005E7407">
        <w:t xml:space="preserve"> </w:t>
      </w:r>
      <w:r>
        <w:t>precise timestamping ensures fairness</w:t>
      </w:r>
      <w:r w:rsidR="005E7407">
        <w:t xml:space="preserve"> </w:t>
      </w:r>
      <w:r>
        <w:t>and transparency. Deutsche Börse is</w:t>
      </w:r>
      <w:r w:rsidR="005E7407">
        <w:t xml:space="preserve"> </w:t>
      </w:r>
      <w:r>
        <w:t>using the CERN-developed protocol</w:t>
      </w:r>
      <w:r w:rsidR="005E7407">
        <w:t xml:space="preserve"> </w:t>
      </w:r>
      <w:r>
        <w:t xml:space="preserve">in </w:t>
      </w:r>
      <w:r>
        <w:lastRenderedPageBreak/>
        <w:t>their trading system infrastructure</w:t>
      </w:r>
      <w:r w:rsidR="005E7407">
        <w:t xml:space="preserve"> </w:t>
      </w:r>
      <w:r>
        <w:t xml:space="preserve">to </w:t>
      </w:r>
      <w:proofErr w:type="spellStart"/>
      <w:r>
        <w:t>synchronise</w:t>
      </w:r>
      <w:proofErr w:type="spellEnd"/>
      <w:r>
        <w:t xml:space="preserve"> network devices </w:t>
      </w:r>
      <w:proofErr w:type="spellStart"/>
      <w:r>
        <w:t>andtimestamp</w:t>
      </w:r>
      <w:proofErr w:type="spellEnd"/>
      <w:r>
        <w:t xml:space="preserve"> transactions at nanosecond level.</w:t>
      </w:r>
    </w:p>
    <w:sectPr w:rsidR="001210F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F Devanagari Book">
    <w:panose1 w:val="02000000000000000000"/>
    <w:charset w:val="00"/>
    <w:family w:val="auto"/>
    <w:pitch w:val="variable"/>
    <w:sig w:usb0="00008003" w:usb1="00000000" w:usb2="00000000" w:usb3="00000000" w:csb0="00000001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ooper Black">
    <w:panose1 w:val="0208090404030B020404"/>
    <w:charset w:val="4D"/>
    <w:family w:val="roman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0172">
    <w:abstractNumId w:val="8"/>
  </w:num>
  <w:num w:numId="2" w16cid:durableId="1688601404">
    <w:abstractNumId w:val="6"/>
  </w:num>
  <w:num w:numId="3" w16cid:durableId="1141727486">
    <w:abstractNumId w:val="5"/>
  </w:num>
  <w:num w:numId="4" w16cid:durableId="840239715">
    <w:abstractNumId w:val="4"/>
  </w:num>
  <w:num w:numId="5" w16cid:durableId="675309660">
    <w:abstractNumId w:val="7"/>
  </w:num>
  <w:num w:numId="6" w16cid:durableId="1967004224">
    <w:abstractNumId w:val="3"/>
  </w:num>
  <w:num w:numId="7" w16cid:durableId="1879463719">
    <w:abstractNumId w:val="2"/>
  </w:num>
  <w:num w:numId="8" w16cid:durableId="1198733979">
    <w:abstractNumId w:val="1"/>
  </w:num>
  <w:num w:numId="9" w16cid:durableId="67437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01D"/>
    <w:rsid w:val="0006063C"/>
    <w:rsid w:val="001210FE"/>
    <w:rsid w:val="0015074B"/>
    <w:rsid w:val="0029639D"/>
    <w:rsid w:val="00326F90"/>
    <w:rsid w:val="00505750"/>
    <w:rsid w:val="005731D2"/>
    <w:rsid w:val="00590F6F"/>
    <w:rsid w:val="00596613"/>
    <w:rsid w:val="005B1733"/>
    <w:rsid w:val="005E2936"/>
    <w:rsid w:val="005E7407"/>
    <w:rsid w:val="006A31BD"/>
    <w:rsid w:val="009746F9"/>
    <w:rsid w:val="009A00FE"/>
    <w:rsid w:val="009F7244"/>
    <w:rsid w:val="00A50FBB"/>
    <w:rsid w:val="00A76063"/>
    <w:rsid w:val="00AA1D8D"/>
    <w:rsid w:val="00AC5A24"/>
    <w:rsid w:val="00B47730"/>
    <w:rsid w:val="00B81C16"/>
    <w:rsid w:val="00CB0664"/>
    <w:rsid w:val="00CE55D0"/>
    <w:rsid w:val="00CF3DBD"/>
    <w:rsid w:val="00D00EBF"/>
    <w:rsid w:val="00D409C7"/>
    <w:rsid w:val="00D608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DE98D"/>
  <w14:defaultImageDpi w14:val="300"/>
  <w15:docId w15:val="{6DEBD033-2910-A341-8DDB-AD16F8D1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CF3DBD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color w:val="000000" w:themeColor="text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F3D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76063"/>
    <w:pPr>
      <w:keepNext/>
      <w:keepLines/>
      <w:spacing w:before="200" w:after="0"/>
      <w:outlineLvl w:val="2"/>
    </w:pPr>
    <w:rPr>
      <w:rFonts w:ascii="ITF Devanagari Book" w:eastAsiaTheme="majorEastAsia" w:hAnsi="ITF Devanagari Book" w:cstheme="majorBidi"/>
      <w:b/>
      <w:bCs/>
      <w:color w:val="000000" w:themeColor="text1"/>
    </w:rPr>
  </w:style>
  <w:style w:type="paragraph" w:styleId="Titre4">
    <w:name w:val="heading 4"/>
    <w:aliases w:val="box"/>
    <w:basedOn w:val="Normal"/>
    <w:next w:val="Normal"/>
    <w:link w:val="Titre4Car"/>
    <w:uiPriority w:val="9"/>
    <w:unhideWhenUsed/>
    <w:qFormat/>
    <w:rsid w:val="005731D2"/>
    <w:pPr>
      <w:keepNext/>
      <w:keepLines/>
      <w:spacing w:before="200" w:after="0"/>
      <w:outlineLvl w:val="3"/>
    </w:pPr>
    <w:rPr>
      <w:rFonts w:ascii="Avenir Next" w:eastAsiaTheme="majorEastAsia" w:hAnsi="Avenir Next" w:cstheme="majorBidi"/>
      <w:b/>
      <w:bCs/>
      <w:iCs/>
      <w:color w:val="4F81BD" w:themeColor="accent1"/>
    </w:rPr>
  </w:style>
  <w:style w:type="paragraph" w:styleId="Titre5">
    <w:name w:val="heading 5"/>
    <w:aliases w:val="no box"/>
    <w:basedOn w:val="Normal"/>
    <w:next w:val="Normal"/>
    <w:link w:val="Titre5Car"/>
    <w:uiPriority w:val="9"/>
    <w:unhideWhenUsed/>
    <w:qFormat/>
    <w:rsid w:val="005731D2"/>
    <w:pPr>
      <w:keepNext/>
      <w:keepLines/>
      <w:spacing w:before="200" w:after="0"/>
      <w:outlineLvl w:val="4"/>
    </w:pPr>
    <w:rPr>
      <w:rFonts w:ascii="Cooper Black" w:eastAsiaTheme="majorEastAsia" w:hAnsi="Cooper Black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5731D2"/>
    <w:pPr>
      <w:keepNext/>
      <w:keepLines/>
      <w:spacing w:before="200" w:after="0"/>
      <w:outlineLvl w:val="6"/>
    </w:pPr>
    <w:rPr>
      <w:rFonts w:ascii="Aptos" w:eastAsiaTheme="majorEastAsia" w:hAnsi="Aptos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CF3DBD"/>
    <w:rPr>
      <w:rFonts w:ascii="Arial Rounded MT Bold" w:eastAsiaTheme="majorEastAsia" w:hAnsi="Arial Rounded MT Bold" w:cstheme="majorBidi"/>
      <w:b/>
      <w:bCs/>
      <w:color w:val="000000" w:themeColor="text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CF3DBD"/>
    <w:rPr>
      <w:rFonts w:asciiTheme="majorHAnsi" w:eastAsiaTheme="majorEastAsia" w:hAnsiTheme="majorHAnsi" w:cstheme="majorBidi"/>
      <w:b/>
      <w:bCs/>
      <w:color w:val="000000" w:themeColor="text1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76063"/>
    <w:rPr>
      <w:rFonts w:ascii="ITF Devanagari Book" w:eastAsiaTheme="majorEastAsia" w:hAnsi="ITF Devanagari Book" w:cstheme="majorBidi"/>
      <w:b/>
      <w:bCs/>
      <w:color w:val="000000" w:themeColor="text1"/>
    </w:rPr>
  </w:style>
  <w:style w:type="paragraph" w:styleId="Titre">
    <w:name w:val="Title"/>
    <w:aliases w:val="autre"/>
    <w:basedOn w:val="Normal"/>
    <w:next w:val="Normal"/>
    <w:link w:val="TitreCar"/>
    <w:uiPriority w:val="10"/>
    <w:qFormat/>
    <w:rsid w:val="00B81C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rbel" w:eastAsiaTheme="majorEastAsia" w:hAnsi="Corbel" w:cstheme="majorBidi"/>
      <w:color w:val="17365D" w:themeColor="text2" w:themeShade="BF"/>
      <w:spacing w:val="5"/>
      <w:kern w:val="28"/>
      <w:szCs w:val="52"/>
    </w:rPr>
  </w:style>
  <w:style w:type="character" w:customStyle="1" w:styleId="TitreCar">
    <w:name w:val="Titre Car"/>
    <w:aliases w:val="autre Car"/>
    <w:basedOn w:val="Policepardfaut"/>
    <w:link w:val="Titre"/>
    <w:uiPriority w:val="10"/>
    <w:rsid w:val="00B81C16"/>
    <w:rPr>
      <w:rFonts w:ascii="Corbel" w:eastAsiaTheme="majorEastAsia" w:hAnsi="Corbel" w:cstheme="majorBidi"/>
      <w:color w:val="17365D" w:themeColor="text2" w:themeShade="BF"/>
      <w:spacing w:val="5"/>
      <w:kern w:val="28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aliases w:val="box Car"/>
    <w:basedOn w:val="Policepardfaut"/>
    <w:link w:val="Titre4"/>
    <w:uiPriority w:val="9"/>
    <w:rsid w:val="005731D2"/>
    <w:rPr>
      <w:rFonts w:ascii="Avenir Next" w:eastAsiaTheme="majorEastAsia" w:hAnsi="Avenir Next" w:cstheme="majorBidi"/>
      <w:b/>
      <w:bCs/>
      <w:iCs/>
      <w:color w:val="4F81BD" w:themeColor="accent1"/>
    </w:rPr>
  </w:style>
  <w:style w:type="character" w:customStyle="1" w:styleId="Titre5Car">
    <w:name w:val="Titre 5 Car"/>
    <w:aliases w:val="no box Car"/>
    <w:basedOn w:val="Policepardfaut"/>
    <w:link w:val="Titre5"/>
    <w:uiPriority w:val="9"/>
    <w:rsid w:val="005731D2"/>
    <w:rPr>
      <w:rFonts w:ascii="Cooper Black" w:eastAsiaTheme="majorEastAsia" w:hAnsi="Cooper Black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5731D2"/>
    <w:rPr>
      <w:rFonts w:ascii="Aptos" w:eastAsiaTheme="majorEastAsia" w:hAnsi="Aptos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5288</Words>
  <Characters>29086</Characters>
  <Application>Microsoft Office Word</Application>
  <DocSecurity>0</DocSecurity>
  <Lines>242</Lines>
  <Paragraphs>68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Olivier Besson</cp:lastModifiedBy>
  <cp:revision>2</cp:revision>
  <dcterms:created xsi:type="dcterms:W3CDTF">2025-07-28T15:28:00Z</dcterms:created>
  <dcterms:modified xsi:type="dcterms:W3CDTF">2025-07-28T15:28:00Z</dcterms:modified>
  <cp:category/>
</cp:coreProperties>
</file>